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6E0EF3" w14:textId="77777777" w:rsidR="0086295E" w:rsidRDefault="0086295E">
      <w:pPr>
        <w:spacing w:after="600"/>
      </w:pPr>
    </w:p>
    <w:p w14:paraId="364058FE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84"/>
          <w:szCs w:val="84"/>
        </w:rPr>
        <w:t>শিশুদের আদর্শ লিপি</w:t>
      </w:r>
    </w:p>
    <w:p w14:paraId="5DA2E482" w14:textId="5B86713E" w:rsidR="0086295E" w:rsidRDefault="00000000">
      <w:pPr>
        <w:jc w:val="center"/>
      </w:pPr>
      <w:r>
        <w:rPr>
          <w:rFonts w:eastAsia="Nirmala UI" w:cs="Nirmala UI"/>
          <w:i/>
          <w:color w:val="3E2723"/>
          <w:sz w:val="32"/>
          <w:szCs w:val="32"/>
        </w:rPr>
        <w:t xml:space="preserve">বাংলা ও </w:t>
      </w:r>
      <w:proofErr w:type="spellStart"/>
      <w:r>
        <w:rPr>
          <w:rFonts w:eastAsia="Nirmala UI" w:cs="Nirmala UI"/>
          <w:i/>
          <w:color w:val="3E2723"/>
          <w:sz w:val="32"/>
          <w:szCs w:val="32"/>
        </w:rPr>
        <w:t>ইংরেজি</w:t>
      </w:r>
      <w:proofErr w:type="spellEnd"/>
      <w:r>
        <w:rPr>
          <w:rFonts w:eastAsia="Nirmala UI" w:cs="Nirmala UI"/>
          <w:i/>
          <w:color w:val="3E2723"/>
          <w:sz w:val="32"/>
          <w:szCs w:val="32"/>
        </w:rPr>
        <w:t xml:space="preserve"> — </w:t>
      </w:r>
      <w:proofErr w:type="spellStart"/>
      <w:r w:rsidR="00100348">
        <w:rPr>
          <w:rFonts w:eastAsia="Nirmala UI" w:cs="Nirmala UI"/>
          <w:i/>
          <w:color w:val="3E2723"/>
          <w:sz w:val="32"/>
          <w:szCs w:val="32"/>
        </w:rPr>
        <w:t>প্রথম</w:t>
      </w:r>
      <w:proofErr w:type="spellEnd"/>
      <w:r>
        <w:rPr>
          <w:rFonts w:eastAsia="Nirmala UI" w:cs="Nirmala UI"/>
          <w:i/>
          <w:color w:val="3E2723"/>
          <w:sz w:val="32"/>
          <w:szCs w:val="32"/>
        </w:rPr>
        <w:t xml:space="preserve"> </w:t>
      </w:r>
      <w:proofErr w:type="spellStart"/>
      <w:r>
        <w:rPr>
          <w:rFonts w:eastAsia="Nirmala UI" w:cs="Nirmala UI"/>
          <w:i/>
          <w:color w:val="3E2723"/>
          <w:sz w:val="32"/>
          <w:szCs w:val="32"/>
        </w:rPr>
        <w:t>সংস্করণ</w:t>
      </w:r>
      <w:proofErr w:type="spellEnd"/>
    </w:p>
    <w:p w14:paraId="4D254011" w14:textId="77777777" w:rsidR="0086295E" w:rsidRDefault="0086295E"/>
    <w:p w14:paraId="2917BB25" w14:textId="77777777" w:rsidR="0086295E" w:rsidRDefault="00000000">
      <w:pPr>
        <w:jc w:val="center"/>
      </w:pPr>
      <w:r>
        <w:rPr>
          <w:noProof/>
        </w:rPr>
        <w:drawing>
          <wp:inline distT="0" distB="0" distL="0" distR="0" wp14:anchorId="29097380" wp14:editId="6AA0CAFE">
            <wp:extent cx="2377440" cy="17830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tter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54A9" w14:textId="77777777" w:rsidR="0086295E" w:rsidRDefault="0086295E"/>
    <w:p w14:paraId="79837F2E" w14:textId="77777777" w:rsidR="0086295E" w:rsidRDefault="00000000">
      <w:pPr>
        <w:jc w:val="center"/>
      </w:pPr>
      <w:r>
        <w:rPr>
          <w:rFonts w:eastAsia="Nirmala UI" w:cs="Nirmala UI"/>
          <w:b/>
          <w:color w:val="3E2723"/>
          <w:sz w:val="24"/>
          <w:szCs w:val="24"/>
        </w:rPr>
        <w:t>বর্ণ • সংখ্যা • কার • ফলা • যুক্তবর্ণ • A–Z • 1–100</w:t>
      </w:r>
    </w:p>
    <w:p w14:paraId="44B2F2DC" w14:textId="77777777" w:rsidR="0086295E" w:rsidRDefault="00000000">
      <w:pPr>
        <w:jc w:val="center"/>
      </w:pPr>
      <w:r>
        <w:rPr>
          <w:rFonts w:eastAsia="Nirmala UI" w:cs="Nirmala UI"/>
          <w:b/>
          <w:color w:val="3E2723"/>
          <w:sz w:val="24"/>
          <w:szCs w:val="24"/>
        </w:rPr>
        <w:t>দিন • মাস • ঋতু • নামতা • সাধারণ জ্ঞান</w:t>
      </w:r>
    </w:p>
    <w:p w14:paraId="201BB22C" w14:textId="77777777" w:rsidR="0086295E" w:rsidRDefault="00000000">
      <w:r>
        <w:br w:type="page"/>
      </w:r>
    </w:p>
    <w:p w14:paraId="618F0A10" w14:textId="77777777" w:rsidR="0086295E" w:rsidRDefault="0086295E">
      <w:pPr>
        <w:spacing w:after="160"/>
      </w:pPr>
    </w:p>
    <w:p w14:paraId="4781FDF9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স্বরবর্ণ</w:t>
      </w:r>
    </w:p>
    <w:p w14:paraId="60F92474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Bengali Vowels (অ – ঔ)</w:t>
      </w:r>
    </w:p>
    <w:p w14:paraId="50F85EAA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48EB0D05" w14:textId="77777777"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6354888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অ</w:t>
            </w:r>
          </w:p>
          <w:p w14:paraId="3D05BA8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9855C7" wp14:editId="301F9586">
                  <wp:extent cx="1097280" cy="82296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ake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D14B3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অজগর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3B407BF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আ</w:t>
            </w:r>
          </w:p>
          <w:p w14:paraId="33DF8E0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B8148A" wp14:editId="1EF8CA53">
                  <wp:extent cx="1097280" cy="82296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go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58E60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আম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477D96E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ই</w:t>
            </w:r>
          </w:p>
          <w:p w14:paraId="3813C9A8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6A3F9" wp14:editId="677D6EC8">
                  <wp:extent cx="1097280" cy="82296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se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2BF76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ইঁদুর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33BF7EF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ঈ</w:t>
            </w:r>
          </w:p>
          <w:p w14:paraId="547795D0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0FDB00" wp14:editId="455181DD">
                  <wp:extent cx="1097280" cy="82296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agle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BB279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ঈগল</w:t>
            </w:r>
          </w:p>
        </w:tc>
      </w:tr>
      <w:tr w:rsidR="0086295E" w14:paraId="50795DF0" w14:textId="77777777"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7C5F5CF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উ</w:t>
            </w:r>
          </w:p>
          <w:p w14:paraId="717F76D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EFE695" wp14:editId="286DC02A">
                  <wp:extent cx="1097280" cy="8229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el.p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FF8FB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উট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043854F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ঊ</w:t>
            </w:r>
          </w:p>
          <w:p w14:paraId="001F5AA6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71E387" wp14:editId="4D326478">
                  <wp:extent cx="1097280" cy="82296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wn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E5558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ঊষা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720E802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ঋ</w:t>
            </w:r>
          </w:p>
          <w:p w14:paraId="3157EA5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4532CD" wp14:editId="76BAA8D4">
                  <wp:extent cx="1097280" cy="82296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ge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58A5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ঋষি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7958B55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এ</w:t>
            </w:r>
          </w:p>
          <w:p w14:paraId="5B31E25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EBBC5B" wp14:editId="7BA5EC43">
                  <wp:extent cx="1097280" cy="82296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ktara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C4D05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একতারা</w:t>
            </w:r>
          </w:p>
        </w:tc>
      </w:tr>
      <w:tr w:rsidR="0086295E" w14:paraId="2240EEC6" w14:textId="77777777"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5B15B33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ঐ</w:t>
            </w:r>
          </w:p>
          <w:p w14:paraId="6A88A4C2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65B443" wp14:editId="03C133CD">
                  <wp:extent cx="1097280" cy="82296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iravata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25A2A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ঐরাবত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19DCF9D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ও</w:t>
            </w:r>
          </w:p>
          <w:p w14:paraId="4D6A8B6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ED0190" wp14:editId="1061ACBC">
                  <wp:extent cx="1097280" cy="82296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am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72820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ওল</w:t>
            </w:r>
          </w:p>
        </w:tc>
        <w:tc>
          <w:tcPr>
            <w:tcW w:w="2636" w:type="dxa"/>
            <w:tcBorders>
              <w:top w:val="single" w:sz="10" w:space="0" w:color="FB8C00"/>
              <w:left w:val="single" w:sz="10" w:space="0" w:color="FB8C00"/>
              <w:bottom w:val="single" w:sz="10" w:space="0" w:color="FB8C00"/>
              <w:right w:val="single" w:sz="10" w:space="0" w:color="FB8C00"/>
            </w:tcBorders>
            <w:shd w:val="clear" w:color="auto" w:fill="FFF8E1"/>
            <w:vAlign w:val="center"/>
          </w:tcPr>
          <w:p w14:paraId="42F3F6D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84"/>
                <w:szCs w:val="84"/>
              </w:rPr>
              <w:t>ঔ</w:t>
            </w:r>
          </w:p>
          <w:p w14:paraId="2450EF2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2C5D59" wp14:editId="5705E9E2">
                  <wp:extent cx="1097280" cy="82296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icine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F326E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6"/>
                <w:szCs w:val="26"/>
              </w:rPr>
              <w:t>ঔষধ</w:t>
            </w:r>
          </w:p>
        </w:tc>
        <w:tc>
          <w:tcPr>
            <w:tcW w:w="2636" w:type="dxa"/>
          </w:tcPr>
          <w:p w14:paraId="3E2811D5" w14:textId="77777777" w:rsidR="0086295E" w:rsidRDefault="0086295E"/>
        </w:tc>
      </w:tr>
    </w:tbl>
    <w:p w14:paraId="3014E5F7" w14:textId="77777777" w:rsidR="0086295E" w:rsidRDefault="00000000">
      <w:r>
        <w:br w:type="page"/>
      </w:r>
    </w:p>
    <w:p w14:paraId="2CC70BE0" w14:textId="77777777" w:rsidR="0086295E" w:rsidRDefault="0086295E">
      <w:pPr>
        <w:spacing w:after="160"/>
      </w:pPr>
    </w:p>
    <w:p w14:paraId="6B1F4D5D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ব্যঞ্জনবর্ণ</w:t>
      </w:r>
    </w:p>
    <w:p w14:paraId="2AE7E372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Bengali Consonants (ক – হ)</w:t>
      </w:r>
    </w:p>
    <w:p w14:paraId="1D0D4D3B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34F02683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258887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ক</w:t>
            </w:r>
          </w:p>
          <w:p w14:paraId="3978AB6E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A790B" wp14:editId="76324AB9">
                  <wp:extent cx="1097280" cy="82296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n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555F2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কলম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72FF38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খ</w:t>
            </w:r>
          </w:p>
          <w:p w14:paraId="259E106E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699019" wp14:editId="26C9D059">
                  <wp:extent cx="1097280" cy="82296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bbit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E9210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খরগোশ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79A4036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গ</w:t>
            </w:r>
          </w:p>
          <w:p w14:paraId="24241AD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4AA1D4" wp14:editId="752F1509">
                  <wp:extent cx="1097280" cy="82296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w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2613B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গরু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07CEAE5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ঘ</w:t>
            </w:r>
          </w:p>
          <w:p w14:paraId="1F022FAC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46DE00" wp14:editId="7BBF76D8">
                  <wp:extent cx="1097280" cy="82296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ock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EB8F9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ঘড়ি</w:t>
            </w:r>
          </w:p>
        </w:tc>
      </w:tr>
      <w:tr w:rsidR="0086295E" w14:paraId="0A13A391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7C02523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ঙ</w:t>
            </w:r>
          </w:p>
          <w:p w14:paraId="00182382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3F3C4B" wp14:editId="43F904F4">
                  <wp:extent cx="1097280" cy="82296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tter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16CF8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বাঙালি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3B24225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চ</w:t>
            </w:r>
          </w:p>
          <w:p w14:paraId="74466933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3FDA49" wp14:editId="03A5ED9A">
                  <wp:extent cx="1097280" cy="82296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y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3EC48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চাবি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F0785A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ছ</w:t>
            </w:r>
          </w:p>
          <w:p w14:paraId="7EA034FB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98E093" wp14:editId="76EC20A5">
                  <wp:extent cx="1097280" cy="82296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mbrella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1D7A0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ছাতা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7CDFD16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জ</w:t>
            </w:r>
          </w:p>
          <w:p w14:paraId="31709131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D5173" wp14:editId="231A9E31">
                  <wp:extent cx="1097280" cy="82296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ip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ED08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জাহাজ</w:t>
            </w:r>
          </w:p>
        </w:tc>
      </w:tr>
      <w:tr w:rsidR="0086295E" w14:paraId="6EEC2CF7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E76AC3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ঝ</w:t>
            </w:r>
          </w:p>
          <w:p w14:paraId="19B8CEB0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33897A" wp14:editId="072DF8B2">
                  <wp:extent cx="1097280" cy="82296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sket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DDE53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ঝুড়ি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8AF606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ঞ</w:t>
            </w:r>
          </w:p>
          <w:p w14:paraId="1B12E93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AA834F" wp14:editId="6D7C1B7A">
                  <wp:extent cx="1097280" cy="82296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tter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8A0F5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মিঞা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E7A679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ট</w:t>
            </w:r>
          </w:p>
          <w:p w14:paraId="28E44161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3716D9" wp14:editId="557462AA">
                  <wp:extent cx="1097280" cy="82296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mato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ACEAF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টমেটো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FBE356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ঠ</w:t>
            </w:r>
          </w:p>
          <w:p w14:paraId="5F13BB6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F9F9CF" wp14:editId="4CF1632C">
                  <wp:extent cx="1097280" cy="82296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ps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0982D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ঠোঁট</w:t>
            </w:r>
          </w:p>
        </w:tc>
      </w:tr>
      <w:tr w:rsidR="0086295E" w14:paraId="63658774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758603E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ড</w:t>
            </w:r>
          </w:p>
          <w:p w14:paraId="31509EA5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767B41" wp14:editId="53635882">
                  <wp:extent cx="1097280" cy="82296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gg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E2DEC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ডিম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68A6DE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ঢ</w:t>
            </w:r>
          </w:p>
          <w:p w14:paraId="27A66A6B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4762A6" wp14:editId="3EA0319A">
                  <wp:extent cx="1097280" cy="82296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hol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D534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ঢোল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4F7FA9E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ণ</w:t>
            </w:r>
          </w:p>
          <w:p w14:paraId="6FA69D3F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9BBCBC" wp14:editId="4BA43F54">
                  <wp:extent cx="1097280" cy="82296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ow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B63E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বাণ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264BC6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ত</w:t>
            </w:r>
          </w:p>
          <w:p w14:paraId="3D9BD42B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1E5AD8" wp14:editId="62900ECC">
                  <wp:extent cx="1097280" cy="82296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la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2743E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তবলা</w:t>
            </w:r>
          </w:p>
        </w:tc>
      </w:tr>
      <w:tr w:rsidR="0086295E" w14:paraId="72583F3D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490A5B5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থ</w:t>
            </w:r>
          </w:p>
          <w:p w14:paraId="2D5FB9AE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948B8A" wp14:editId="1CBA0866">
                  <wp:extent cx="1097280" cy="82296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late.p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3193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থালা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0CAEDA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দ</w:t>
            </w:r>
          </w:p>
          <w:p w14:paraId="540C12FB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E0EDAC" wp14:editId="7B0AB74C">
                  <wp:extent cx="1097280" cy="82296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or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4115E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দরজা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51F310C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ধ</w:t>
            </w:r>
          </w:p>
          <w:p w14:paraId="74D73027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26DA50" wp14:editId="1E922B12">
                  <wp:extent cx="1097280" cy="82296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ddy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F392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ধান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620B07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ন</w:t>
            </w:r>
          </w:p>
          <w:p w14:paraId="4F1D8ABC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8B1C9D" wp14:editId="3BD5B363">
                  <wp:extent cx="1097280" cy="8229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at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60242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নৌকা</w:t>
            </w:r>
          </w:p>
        </w:tc>
      </w:tr>
      <w:tr w:rsidR="0086295E" w14:paraId="1E08F577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3E7EFB2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প</w:t>
            </w:r>
          </w:p>
          <w:p w14:paraId="2875C18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4FBC94" wp14:editId="5E02248C">
                  <wp:extent cx="1097280" cy="82296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rd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8E91B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পাখি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078F75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ফ</w:t>
            </w:r>
          </w:p>
          <w:p w14:paraId="5BB69B7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410433" wp14:editId="404ADD3D">
                  <wp:extent cx="1097280" cy="82296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wer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77785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ফুল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0D50F72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ব</w:t>
            </w:r>
          </w:p>
          <w:p w14:paraId="76266091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16364B" wp14:editId="562D9983">
                  <wp:extent cx="1097280" cy="82296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ok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38CD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বই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554FF39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ভ</w:t>
            </w:r>
          </w:p>
          <w:p w14:paraId="7740EAF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670E42" wp14:editId="429AC162">
                  <wp:extent cx="1097280" cy="82296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ce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3741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ভাত</w:t>
            </w:r>
          </w:p>
        </w:tc>
      </w:tr>
      <w:tr w:rsidR="0086295E" w14:paraId="37A2EECF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58BD93A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ম</w:t>
            </w:r>
          </w:p>
          <w:p w14:paraId="7BD7053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F9AA69" wp14:editId="160B67DF">
                  <wp:extent cx="1097280" cy="82296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sh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F0507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মাছ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584AFF4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য</w:t>
            </w:r>
          </w:p>
          <w:p w14:paraId="502F324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9C94CD" wp14:editId="68055E8D">
                  <wp:extent cx="1097280" cy="82296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antra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A90AE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যন্ত্র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914782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র</w:t>
            </w:r>
          </w:p>
          <w:p w14:paraId="4152D633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093E82" wp14:editId="4AAFE1A9">
                  <wp:extent cx="1097280" cy="82296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riot.pn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F02E6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রথ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6320BE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ল</w:t>
            </w:r>
          </w:p>
          <w:p w14:paraId="18FE690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70E177" wp14:editId="7D868099">
                  <wp:extent cx="1097280" cy="82296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p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F93B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লাটিম</w:t>
            </w:r>
          </w:p>
        </w:tc>
      </w:tr>
      <w:tr w:rsidR="0086295E" w14:paraId="3232F761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00B0438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শ</w:t>
            </w:r>
          </w:p>
          <w:p w14:paraId="051A9092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005CC7" wp14:editId="24F4070D">
                  <wp:extent cx="1097280" cy="82296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ly.pn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28E94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শাপলা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278B70D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ষ</w:t>
            </w:r>
          </w:p>
          <w:p w14:paraId="2B74F3B3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0BF3F83" wp14:editId="03F44A80">
                  <wp:extent cx="1097280" cy="82296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ll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B5DCB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ষাঁড়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BE1254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স</w:t>
            </w:r>
          </w:p>
          <w:p w14:paraId="27601BF7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DDAD608" wp14:editId="5F51E053">
                  <wp:extent cx="1097280" cy="82296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ake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1DA04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সাপ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649AC3E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হ</w:t>
            </w:r>
          </w:p>
          <w:p w14:paraId="205AFF71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17ADD0" wp14:editId="1E73E05A">
                  <wp:extent cx="1097280" cy="82296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ephant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06493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হাতি</w:t>
            </w:r>
          </w:p>
        </w:tc>
      </w:tr>
      <w:tr w:rsidR="0086295E" w14:paraId="65476DCD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6849138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lastRenderedPageBreak/>
              <w:t>ড়</w:t>
            </w:r>
          </w:p>
          <w:p w14:paraId="567E692C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72A3BA" wp14:editId="6EFFF7E6">
                  <wp:extent cx="1097280" cy="82296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untain.pn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959BF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পাহাড়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688E456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ঢ়</w:t>
            </w:r>
          </w:p>
          <w:p w14:paraId="35094A00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D630E2" wp14:editId="701E3187">
                  <wp:extent cx="1097280" cy="82296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in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8A3B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আষাঢ়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095D626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য়</w:t>
            </w:r>
          </w:p>
          <w:p w14:paraId="5E9592E3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5F09BE" wp14:editId="4605A80C">
                  <wp:extent cx="1097280" cy="82296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acock.p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30FD8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ময়ূর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117A456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ৎ</w:t>
            </w:r>
          </w:p>
          <w:p w14:paraId="1AC5972D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0CAF05" wp14:editId="1BA34AC7">
                  <wp:extent cx="1097280" cy="82296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tter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455E8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বৎসর</w:t>
            </w:r>
          </w:p>
        </w:tc>
      </w:tr>
      <w:tr w:rsidR="0086295E" w14:paraId="61D6CBD1" w14:textId="77777777"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004C43B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ং</w:t>
            </w:r>
          </w:p>
          <w:p w14:paraId="08CF8394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7886B6" wp14:editId="44D4ECD4">
                  <wp:extent cx="1097280" cy="82296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tter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7770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বাংলা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7F9EC4A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ঃ</w:t>
            </w:r>
          </w:p>
          <w:p w14:paraId="08EAA880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8E4C65" wp14:editId="69158E30">
                  <wp:extent cx="1097280" cy="82296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tter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4EFB5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দুঃখ</w:t>
            </w:r>
          </w:p>
        </w:tc>
        <w:tc>
          <w:tcPr>
            <w:tcW w:w="2636" w:type="dxa"/>
            <w:tcBorders>
              <w:top w:val="single" w:sz="10" w:space="0" w:color="0288D1"/>
              <w:left w:val="single" w:sz="10" w:space="0" w:color="0288D1"/>
              <w:bottom w:val="single" w:sz="10" w:space="0" w:color="0288D1"/>
              <w:right w:val="single" w:sz="10" w:space="0" w:color="0288D1"/>
            </w:tcBorders>
            <w:shd w:val="clear" w:color="auto" w:fill="E1F5FE"/>
            <w:vAlign w:val="center"/>
          </w:tcPr>
          <w:p w14:paraId="4A0DCF7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84"/>
                <w:szCs w:val="84"/>
              </w:rPr>
              <w:t>ঁ</w:t>
            </w:r>
          </w:p>
          <w:p w14:paraId="0EDDCACD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FCBCEC" wp14:editId="4CE8A2BE">
                  <wp:extent cx="1097280" cy="82296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on.pn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B9CC8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26"/>
                <w:szCs w:val="26"/>
              </w:rPr>
              <w:t>চাঁদ</w:t>
            </w:r>
          </w:p>
        </w:tc>
        <w:tc>
          <w:tcPr>
            <w:tcW w:w="2636" w:type="dxa"/>
          </w:tcPr>
          <w:p w14:paraId="0BE81769" w14:textId="77777777" w:rsidR="0086295E" w:rsidRDefault="0086295E"/>
        </w:tc>
      </w:tr>
      <w:tr w:rsidR="0086295E" w14:paraId="4B787CB5" w14:textId="77777777">
        <w:tc>
          <w:tcPr>
            <w:tcW w:w="2636" w:type="dxa"/>
          </w:tcPr>
          <w:p w14:paraId="0856055E" w14:textId="77777777" w:rsidR="0086295E" w:rsidRDefault="0086295E"/>
        </w:tc>
        <w:tc>
          <w:tcPr>
            <w:tcW w:w="2636" w:type="dxa"/>
          </w:tcPr>
          <w:p w14:paraId="6718A4F6" w14:textId="77777777" w:rsidR="0086295E" w:rsidRDefault="0086295E"/>
        </w:tc>
        <w:tc>
          <w:tcPr>
            <w:tcW w:w="2636" w:type="dxa"/>
          </w:tcPr>
          <w:p w14:paraId="377D6BF3" w14:textId="77777777" w:rsidR="0086295E" w:rsidRDefault="0086295E"/>
        </w:tc>
        <w:tc>
          <w:tcPr>
            <w:tcW w:w="2636" w:type="dxa"/>
          </w:tcPr>
          <w:p w14:paraId="61A32969" w14:textId="77777777" w:rsidR="0086295E" w:rsidRDefault="0086295E"/>
        </w:tc>
      </w:tr>
      <w:tr w:rsidR="0086295E" w14:paraId="4AAEE326" w14:textId="77777777">
        <w:tc>
          <w:tcPr>
            <w:tcW w:w="2636" w:type="dxa"/>
          </w:tcPr>
          <w:p w14:paraId="6855043E" w14:textId="77777777" w:rsidR="0086295E" w:rsidRDefault="0086295E"/>
        </w:tc>
        <w:tc>
          <w:tcPr>
            <w:tcW w:w="2636" w:type="dxa"/>
          </w:tcPr>
          <w:p w14:paraId="2090AC38" w14:textId="77777777" w:rsidR="0086295E" w:rsidRDefault="0086295E"/>
        </w:tc>
        <w:tc>
          <w:tcPr>
            <w:tcW w:w="2636" w:type="dxa"/>
          </w:tcPr>
          <w:p w14:paraId="692BB72F" w14:textId="77777777" w:rsidR="0086295E" w:rsidRDefault="0086295E"/>
        </w:tc>
        <w:tc>
          <w:tcPr>
            <w:tcW w:w="2636" w:type="dxa"/>
          </w:tcPr>
          <w:p w14:paraId="4D1F73EB" w14:textId="77777777" w:rsidR="0086295E" w:rsidRDefault="0086295E"/>
        </w:tc>
      </w:tr>
    </w:tbl>
    <w:p w14:paraId="324D0E69" w14:textId="77777777" w:rsidR="0086295E" w:rsidRDefault="00000000">
      <w:r>
        <w:br w:type="page"/>
      </w:r>
    </w:p>
    <w:p w14:paraId="512E914F" w14:textId="77777777" w:rsidR="0086295E" w:rsidRDefault="0086295E">
      <w:pPr>
        <w:spacing w:after="160"/>
      </w:pPr>
    </w:p>
    <w:p w14:paraId="02896243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বাংলা সংখ্যা</w:t>
      </w:r>
    </w:p>
    <w:p w14:paraId="6B8B60A8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Bengali Numerals (০ – ৯)</w:t>
      </w:r>
    </w:p>
    <w:p w14:paraId="5D07EF57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109"/>
        <w:gridCol w:w="2109"/>
        <w:gridCol w:w="2109"/>
        <w:gridCol w:w="2109"/>
        <w:gridCol w:w="2109"/>
      </w:tblGrid>
      <w:tr w:rsidR="0086295E" w14:paraId="6329E3EE" w14:textId="77777777"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1475B32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০</w:t>
            </w:r>
          </w:p>
          <w:p w14:paraId="02668AC8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83A5A" wp14:editId="1DA354AE">
                  <wp:extent cx="1097280" cy="82296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0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6C33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শূন্য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59DB12E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১</w:t>
            </w:r>
          </w:p>
          <w:p w14:paraId="4471328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463B7" wp14:editId="43A2286A">
                  <wp:extent cx="1097280" cy="82296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1.pn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AC8CF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এক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07A86F0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২</w:t>
            </w:r>
          </w:p>
          <w:p w14:paraId="63B7C863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5488B" wp14:editId="62ECD4C3">
                  <wp:extent cx="1097280" cy="82296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2.pn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F794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দুই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472D31B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৩</w:t>
            </w:r>
          </w:p>
          <w:p w14:paraId="2BD878BE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AB15A2" wp14:editId="6869A4B1">
                  <wp:extent cx="1097280" cy="82296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3.pn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9CED4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তিন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6146EDD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৪</w:t>
            </w:r>
          </w:p>
          <w:p w14:paraId="791E59E4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E00706" wp14:editId="287A3A29">
                  <wp:extent cx="1097280" cy="82296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4.pn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B806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চার</w:t>
            </w:r>
          </w:p>
        </w:tc>
      </w:tr>
      <w:tr w:rsidR="0086295E" w14:paraId="723AAC9A" w14:textId="77777777"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591A0C9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৫</w:t>
            </w:r>
          </w:p>
          <w:p w14:paraId="57628CC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160D95" wp14:editId="0D141367">
                  <wp:extent cx="1097280" cy="82296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5.pn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F421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পাঁচ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1656AAF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৬</w:t>
            </w:r>
          </w:p>
          <w:p w14:paraId="15E8C9E0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91D13" wp14:editId="681D46C1">
                  <wp:extent cx="1097280" cy="82296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6.pn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5668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ছয়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648BF05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৭</w:t>
            </w:r>
          </w:p>
          <w:p w14:paraId="678FE72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3046AF" wp14:editId="451488FB">
                  <wp:extent cx="1097280" cy="82296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7.png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A3FA8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সাত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2BCE860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৮</w:t>
            </w:r>
          </w:p>
          <w:p w14:paraId="2CF784FE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D7E41E" wp14:editId="5857320E">
                  <wp:extent cx="1097280" cy="82296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8.png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B5D9B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আট</w:t>
            </w:r>
          </w:p>
        </w:tc>
        <w:tc>
          <w:tcPr>
            <w:tcW w:w="2109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116D37D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84"/>
                <w:szCs w:val="84"/>
              </w:rPr>
              <w:t>৯</w:t>
            </w:r>
          </w:p>
          <w:p w14:paraId="2603F31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283727" wp14:editId="35D89482">
                  <wp:extent cx="1097280" cy="82296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_9.png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1BE3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26"/>
                <w:szCs w:val="26"/>
              </w:rPr>
              <w:t>নয়</w:t>
            </w:r>
          </w:p>
        </w:tc>
      </w:tr>
    </w:tbl>
    <w:p w14:paraId="4FFC765F" w14:textId="77777777" w:rsidR="0086295E" w:rsidRDefault="00000000">
      <w:r>
        <w:br w:type="page"/>
      </w:r>
    </w:p>
    <w:p w14:paraId="23560B95" w14:textId="77777777" w:rsidR="0086295E" w:rsidRDefault="0086295E">
      <w:pPr>
        <w:spacing w:after="160"/>
      </w:pPr>
    </w:p>
    <w:p w14:paraId="37070A47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কার • ফলা • যুক্তবর্ণ</w:t>
      </w:r>
    </w:p>
    <w:p w14:paraId="242213A5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Kar, Phala &amp; Conjunct usage with pronunciation</w:t>
      </w:r>
    </w:p>
    <w:p w14:paraId="4A587037" w14:textId="77777777" w:rsidR="0086295E" w:rsidRDefault="0086295E">
      <w:pPr>
        <w:spacing w:after="160"/>
      </w:pPr>
    </w:p>
    <w:p w14:paraId="3DD5CE90" w14:textId="77777777" w:rsidR="0086295E" w:rsidRDefault="00000000">
      <w:r>
        <w:rPr>
          <w:rFonts w:eastAsia="Nirmala UI" w:cs="Nirmala UI"/>
          <w:b/>
          <w:color w:val="D65000"/>
          <w:sz w:val="28"/>
          <w:szCs w:val="28"/>
        </w:rPr>
        <w:t>কারের ব্যবহার ('ক' এর সাথে)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758"/>
        <w:gridCol w:w="1758"/>
        <w:gridCol w:w="1758"/>
        <w:gridCol w:w="1758"/>
        <w:gridCol w:w="1758"/>
        <w:gridCol w:w="1758"/>
      </w:tblGrid>
      <w:tr w:rsidR="0086295E" w14:paraId="53A62AB6" w14:textId="77777777">
        <w:tc>
          <w:tcPr>
            <w:tcW w:w="1758" w:type="dxa"/>
          </w:tcPr>
          <w:p w14:paraId="4E624952" w14:textId="77777777" w:rsidR="0086295E" w:rsidRDefault="0086295E"/>
        </w:tc>
        <w:tc>
          <w:tcPr>
            <w:tcW w:w="1758" w:type="dxa"/>
          </w:tcPr>
          <w:p w14:paraId="2BA3B4EB" w14:textId="77777777" w:rsidR="0086295E" w:rsidRDefault="0086295E"/>
        </w:tc>
        <w:tc>
          <w:tcPr>
            <w:tcW w:w="1758" w:type="dxa"/>
          </w:tcPr>
          <w:p w14:paraId="426064F3" w14:textId="77777777" w:rsidR="0086295E" w:rsidRDefault="0086295E"/>
        </w:tc>
        <w:tc>
          <w:tcPr>
            <w:tcW w:w="1758" w:type="dxa"/>
          </w:tcPr>
          <w:p w14:paraId="070DA65B" w14:textId="77777777" w:rsidR="0086295E" w:rsidRDefault="0086295E"/>
        </w:tc>
        <w:tc>
          <w:tcPr>
            <w:tcW w:w="1758" w:type="dxa"/>
          </w:tcPr>
          <w:p w14:paraId="31B3B000" w14:textId="77777777" w:rsidR="0086295E" w:rsidRDefault="0086295E"/>
        </w:tc>
        <w:tc>
          <w:tcPr>
            <w:tcW w:w="1758" w:type="dxa"/>
          </w:tcPr>
          <w:p w14:paraId="5573B9A7" w14:textId="77777777" w:rsidR="0086295E" w:rsidRDefault="0086295E"/>
        </w:tc>
      </w:tr>
      <w:tr w:rsidR="0086295E" w14:paraId="04873850" w14:textId="77777777"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28C1694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(ক্)</w:t>
            </w:r>
          </w:p>
          <w:p w14:paraId="1EF1790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কথা — Kotha — word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30BBE08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কা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(কা)</w:t>
            </w:r>
          </w:p>
          <w:p w14:paraId="32A1414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কাকা — Kaka — uncle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6F514CE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কি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(কি)</w:t>
            </w:r>
          </w:p>
          <w:p w14:paraId="1CFF2DA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কিরণ — Kiron — ray</w:t>
            </w:r>
          </w:p>
        </w:tc>
      </w:tr>
      <w:tr w:rsidR="0086295E" w14:paraId="55D1F41E" w14:textId="77777777"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528803F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কী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(কী)</w:t>
            </w:r>
          </w:p>
          <w:p w14:paraId="470D0FB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কীট — Kit — insect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5B1FE7E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কু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(কু)</w:t>
            </w:r>
          </w:p>
          <w:p w14:paraId="721019E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কুকুর — Kukur — dog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6EBF7BD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কূ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(কূ)</w:t>
            </w:r>
          </w:p>
          <w:p w14:paraId="42FF439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কূপ — Kup — well</w:t>
            </w:r>
          </w:p>
        </w:tc>
      </w:tr>
      <w:tr w:rsidR="0086295E" w14:paraId="330AA09B" w14:textId="77777777"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728EF61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কৃ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(কৃ)</w:t>
            </w:r>
          </w:p>
          <w:p w14:paraId="7182DBD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কৃষক — Krishok — farmer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4438B61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কে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(কে)</w:t>
            </w:r>
          </w:p>
          <w:p w14:paraId="4EADD13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কেক — Cake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7D3F19E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কৈ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(কৈ)</w:t>
            </w:r>
          </w:p>
          <w:p w14:paraId="78D2336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কৈ মাছ — Koi fish</w:t>
            </w:r>
          </w:p>
        </w:tc>
      </w:tr>
      <w:tr w:rsidR="0086295E" w14:paraId="3C39DF5D" w14:textId="77777777"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39C017F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কো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(কো)</w:t>
            </w:r>
          </w:p>
          <w:p w14:paraId="1964981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কোলা — Kola — soft drink</w:t>
            </w:r>
          </w:p>
        </w:tc>
        <w:tc>
          <w:tcPr>
            <w:tcW w:w="3515" w:type="dxa"/>
            <w:gridSpan w:val="2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432C05D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52"/>
                <w:szCs w:val="52"/>
              </w:rPr>
              <w:t>কৌ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(কৌ)</w:t>
            </w:r>
          </w:p>
          <w:p w14:paraId="0AE8241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কৌতুক — Koutuk — joke</w:t>
            </w:r>
          </w:p>
        </w:tc>
        <w:tc>
          <w:tcPr>
            <w:tcW w:w="3515" w:type="dxa"/>
            <w:gridSpan w:val="2"/>
          </w:tcPr>
          <w:p w14:paraId="06BDD8FC" w14:textId="77777777" w:rsidR="0086295E" w:rsidRDefault="0086295E"/>
        </w:tc>
      </w:tr>
    </w:tbl>
    <w:p w14:paraId="133AC5E2" w14:textId="77777777" w:rsidR="0086295E" w:rsidRDefault="0086295E">
      <w:pPr>
        <w:spacing w:after="160"/>
      </w:pPr>
    </w:p>
    <w:p w14:paraId="50C6336F" w14:textId="77777777" w:rsidR="0086295E" w:rsidRDefault="00000000">
      <w:r>
        <w:rPr>
          <w:rFonts w:eastAsia="Nirmala UI" w:cs="Nirmala UI"/>
          <w:b/>
          <w:color w:val="2E7D32"/>
          <w:sz w:val="28"/>
          <w:szCs w:val="28"/>
        </w:rPr>
        <w:t>ফলা ও রেফ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515"/>
        <w:gridCol w:w="3515"/>
        <w:gridCol w:w="3515"/>
      </w:tblGrid>
      <w:tr w:rsidR="0086295E" w14:paraId="15A3AB3F" w14:textId="77777777"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5EB01C5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ক্য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(য-ফলা)</w:t>
            </w:r>
          </w:p>
          <w:p w14:paraId="253C087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যত্ন → যত্ন — Care</w:t>
            </w:r>
          </w:p>
        </w:tc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0B1E061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ক্র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(র-ফলা)</w:t>
            </w:r>
          </w:p>
          <w:p w14:paraId="19DD5F8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গ্রাম — Village</w:t>
            </w:r>
          </w:p>
        </w:tc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5CA775F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ক্ব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(ব-ফলা)</w:t>
            </w:r>
          </w:p>
          <w:p w14:paraId="1F658B7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বিশ্ব — World</w:t>
            </w:r>
          </w:p>
        </w:tc>
      </w:tr>
      <w:tr w:rsidR="0086295E" w14:paraId="44B61F25" w14:textId="77777777"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42ED5C0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ক্ল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(ল-ফলা)</w:t>
            </w:r>
          </w:p>
          <w:p w14:paraId="26EFCDE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ক্লাস — Class</w:t>
            </w:r>
          </w:p>
        </w:tc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58BB2FE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ক্ম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(ম-ফলা)</w:t>
            </w:r>
          </w:p>
          <w:p w14:paraId="202A472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আত্মা — Soul</w:t>
            </w:r>
          </w:p>
        </w:tc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10F7810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ক্ন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(ন-ফলা)</w:t>
            </w:r>
          </w:p>
          <w:p w14:paraId="021D9A5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যত্ন — Care</w:t>
            </w:r>
          </w:p>
        </w:tc>
      </w:tr>
      <w:tr w:rsidR="0086295E" w14:paraId="257D9680" w14:textId="77777777">
        <w:tc>
          <w:tcPr>
            <w:tcW w:w="3515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19D5A2B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44"/>
                <w:szCs w:val="44"/>
              </w:rPr>
              <w:t>র্ক</w:t>
            </w:r>
            <w:r>
              <w:rPr>
                <w:rFonts w:eastAsia="Nirmala UI" w:cs="Nirmala UI"/>
                <w:i/>
                <w:color w:val="787878"/>
                <w:sz w:val="20"/>
                <w:szCs w:val="20"/>
              </w:rPr>
              <w:t xml:space="preserve">  (রেফ)</w:t>
            </w:r>
          </w:p>
          <w:p w14:paraId="33D1046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20"/>
                <w:szCs w:val="20"/>
              </w:rPr>
              <w:t>অর্থ — Meaning</w:t>
            </w:r>
          </w:p>
        </w:tc>
        <w:tc>
          <w:tcPr>
            <w:tcW w:w="3515" w:type="dxa"/>
          </w:tcPr>
          <w:p w14:paraId="74A2B1CA" w14:textId="77777777" w:rsidR="0086295E" w:rsidRDefault="0086295E"/>
        </w:tc>
        <w:tc>
          <w:tcPr>
            <w:tcW w:w="3515" w:type="dxa"/>
          </w:tcPr>
          <w:p w14:paraId="208B9270" w14:textId="77777777" w:rsidR="0086295E" w:rsidRDefault="0086295E"/>
        </w:tc>
      </w:tr>
    </w:tbl>
    <w:p w14:paraId="5E036EBC" w14:textId="77777777" w:rsidR="0086295E" w:rsidRDefault="00000000">
      <w:r>
        <w:lastRenderedPageBreak/>
        <w:br w:type="page"/>
      </w:r>
    </w:p>
    <w:p w14:paraId="44BC1204" w14:textId="77777777" w:rsidR="0086295E" w:rsidRDefault="0086295E">
      <w:pPr>
        <w:spacing w:after="160"/>
      </w:pPr>
    </w:p>
    <w:p w14:paraId="7E0BF69F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যুক্তবর্ণ</w:t>
      </w:r>
    </w:p>
    <w:p w14:paraId="2C01236E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Conjunct letters with pronunciation</w:t>
      </w:r>
    </w:p>
    <w:p w14:paraId="42B8FB91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57752400" w14:textId="77777777"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4D97C3E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ক্ষ</w:t>
            </w:r>
          </w:p>
          <w:p w14:paraId="5242CFFA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(ক + ষ)</w:t>
            </w:r>
          </w:p>
          <w:p w14:paraId="683194F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ক্ষমা</w:t>
            </w:r>
          </w:p>
          <w:p w14:paraId="512CBE31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Khoma — Forgiveness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3C893E4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জ্ঞ</w:t>
            </w:r>
          </w:p>
          <w:p w14:paraId="782834BD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(জ + ঞ)</w:t>
            </w:r>
          </w:p>
          <w:p w14:paraId="397C20E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জ্ঞান</w:t>
            </w:r>
          </w:p>
          <w:p w14:paraId="6A0753FF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Gyan — Knowledge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362E572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ত্র</w:t>
            </w:r>
          </w:p>
          <w:p w14:paraId="2AD2FE4A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(ত + র-ফলা)</w:t>
            </w:r>
          </w:p>
          <w:p w14:paraId="7B72256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ত্রিভুজ</w:t>
            </w:r>
          </w:p>
          <w:p w14:paraId="651226C0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Tribhuj — Triangle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04658C7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ক্র</w:t>
            </w:r>
          </w:p>
          <w:p w14:paraId="46CA563F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(ক + র-ফলা)</w:t>
            </w:r>
          </w:p>
          <w:p w14:paraId="5B5B7E6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ক্রম</w:t>
            </w:r>
          </w:p>
          <w:p w14:paraId="600C6B16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Krom — Order</w:t>
            </w:r>
          </w:p>
        </w:tc>
      </w:tr>
      <w:tr w:rsidR="0086295E" w14:paraId="0E6DBACE" w14:textId="77777777"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43F2FB4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ক্ল</w:t>
            </w:r>
          </w:p>
          <w:p w14:paraId="5B9DABA0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(ক + ল-ফলা)</w:t>
            </w:r>
          </w:p>
          <w:p w14:paraId="4ACE101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ক্লাস</w:t>
            </w:r>
          </w:p>
          <w:p w14:paraId="5E4CED18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Class — Class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4830934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স্ত</w:t>
            </w:r>
          </w:p>
          <w:p w14:paraId="0A8ED14E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(স + ত)</w:t>
            </w:r>
          </w:p>
          <w:p w14:paraId="24004DE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হস্ত</w:t>
            </w:r>
          </w:p>
          <w:p w14:paraId="3AB8F247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Hosto — Hand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64336E7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ষ্ণ</w:t>
            </w:r>
          </w:p>
          <w:p w14:paraId="242117C2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(ষ + ণ)</w:t>
            </w:r>
          </w:p>
          <w:p w14:paraId="2499291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কৃষ্ণ</w:t>
            </w:r>
          </w:p>
          <w:p w14:paraId="22CB5438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Krishno — Krishna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6D6AA68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ন্দ</w:t>
            </w:r>
          </w:p>
          <w:p w14:paraId="2F83A678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(ন + দ)</w:t>
            </w:r>
          </w:p>
          <w:p w14:paraId="6896153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চন্দ্র</w:t>
            </w:r>
          </w:p>
          <w:p w14:paraId="60B80391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Chondro — Moon</w:t>
            </w:r>
          </w:p>
        </w:tc>
      </w:tr>
      <w:tr w:rsidR="0086295E" w14:paraId="608739AE" w14:textId="77777777"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22A41E3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ঙ্গ</w:t>
            </w:r>
          </w:p>
          <w:p w14:paraId="0D290D37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(ঙ + গ)</w:t>
            </w:r>
          </w:p>
          <w:p w14:paraId="7AEC9E8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অঙ্গ</w:t>
            </w:r>
          </w:p>
          <w:p w14:paraId="628B10BD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Ongo — Body part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0C0DFF3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ন্ত</w:t>
            </w:r>
          </w:p>
          <w:p w14:paraId="10040785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(ন + ত)</w:t>
            </w:r>
          </w:p>
          <w:p w14:paraId="05A1317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শান্ত</w:t>
            </w:r>
          </w:p>
          <w:p w14:paraId="13F27167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Shanto — Calm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56F53C7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শ্ব</w:t>
            </w:r>
          </w:p>
          <w:p w14:paraId="191E2024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(শ + ব)</w:t>
            </w:r>
          </w:p>
          <w:p w14:paraId="33C3B64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শ্বাস</w:t>
            </w:r>
          </w:p>
          <w:p w14:paraId="7635B522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Shash — Breath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0572E1A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ক্য</w:t>
            </w:r>
          </w:p>
          <w:p w14:paraId="2347605E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(ক + য-ফলা)</w:t>
            </w:r>
          </w:p>
          <w:p w14:paraId="0448BF6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বাক্য</w:t>
            </w:r>
          </w:p>
          <w:p w14:paraId="75E4AB29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Bakkyo — Sentence</w:t>
            </w:r>
          </w:p>
        </w:tc>
      </w:tr>
      <w:tr w:rsidR="0086295E" w14:paraId="6FFAFAE3" w14:textId="77777777"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3EBCB6B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দ্ধ</w:t>
            </w:r>
          </w:p>
          <w:p w14:paraId="68BAFAB3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(দ + ধ)</w:t>
            </w:r>
          </w:p>
          <w:p w14:paraId="68308BE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যুদ্ধ</w:t>
            </w:r>
          </w:p>
          <w:p w14:paraId="297405D2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Juddho — War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6310082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দ্য</w:t>
            </w:r>
          </w:p>
          <w:p w14:paraId="7915A937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(দ + য-ফলা)</w:t>
            </w:r>
          </w:p>
          <w:p w14:paraId="4F09962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বিদ্যা</w:t>
            </w:r>
          </w:p>
          <w:p w14:paraId="3DD1EA53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Bidda — Knowledge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391746A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ম্ব</w:t>
            </w:r>
          </w:p>
          <w:p w14:paraId="4CFF0A20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(ম + ব)</w:t>
            </w:r>
          </w:p>
          <w:p w14:paraId="6F345F1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অম্বর</w:t>
            </w:r>
          </w:p>
          <w:p w14:paraId="472FE92A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Ombor — Sky</w:t>
            </w:r>
          </w:p>
        </w:tc>
        <w:tc>
          <w:tcPr>
            <w:tcW w:w="2636" w:type="dxa"/>
            <w:tcBorders>
              <w:top w:val="single" w:sz="6" w:space="0" w:color="0288D1"/>
              <w:left w:val="single" w:sz="6" w:space="0" w:color="0288D1"/>
              <w:bottom w:val="single" w:sz="6" w:space="0" w:color="0288D1"/>
              <w:right w:val="single" w:sz="6" w:space="0" w:color="0288D1"/>
            </w:tcBorders>
            <w:shd w:val="clear" w:color="auto" w:fill="E1F5FE"/>
            <w:vAlign w:val="center"/>
          </w:tcPr>
          <w:p w14:paraId="1410CFF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288D1"/>
                <w:sz w:val="56"/>
                <w:szCs w:val="56"/>
              </w:rPr>
              <w:t>র্ক</w:t>
            </w:r>
          </w:p>
          <w:p w14:paraId="640628AA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787878"/>
                <w:sz w:val="18"/>
                <w:szCs w:val="18"/>
              </w:rPr>
              <w:t>(রেফ + ক)</w:t>
            </w:r>
          </w:p>
          <w:p w14:paraId="5B52F2F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অর্ক</w:t>
            </w:r>
          </w:p>
          <w:p w14:paraId="184025E8" w14:textId="77777777" w:rsidR="0086295E" w:rsidRDefault="00000000">
            <w:pPr>
              <w:jc w:val="center"/>
            </w:pPr>
            <w:r>
              <w:rPr>
                <w:rFonts w:eastAsia="Nirmala UI" w:cs="Nirmala UI"/>
                <w:i/>
                <w:color w:val="3E2723"/>
                <w:sz w:val="18"/>
                <w:szCs w:val="18"/>
              </w:rPr>
              <w:t>Orko — Sun</w:t>
            </w:r>
          </w:p>
        </w:tc>
      </w:tr>
    </w:tbl>
    <w:p w14:paraId="0A77CCDB" w14:textId="77777777" w:rsidR="0086295E" w:rsidRDefault="00000000">
      <w:r>
        <w:br w:type="page"/>
      </w:r>
    </w:p>
    <w:p w14:paraId="30FAA0BC" w14:textId="77777777" w:rsidR="0086295E" w:rsidRDefault="0086295E">
      <w:pPr>
        <w:spacing w:after="160"/>
      </w:pPr>
    </w:p>
    <w:p w14:paraId="19F52876" w14:textId="77777777" w:rsidR="0086295E" w:rsidRDefault="00000000">
      <w:pPr>
        <w:jc w:val="center"/>
      </w:pPr>
      <w:r>
        <w:rPr>
          <w:rFonts w:eastAsia="Nirmala UI" w:cs="Nirmala UI"/>
          <w:b/>
          <w:color w:val="0D47A1"/>
          <w:sz w:val="60"/>
          <w:szCs w:val="60"/>
        </w:rPr>
        <w:t>ইংরেজি বর্ণমালা A–Z</w:t>
      </w:r>
    </w:p>
    <w:p w14:paraId="6D1DFA60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English Alphabet with Bengali pronunciation</w:t>
      </w:r>
    </w:p>
    <w:p w14:paraId="321B27F7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515"/>
        <w:gridCol w:w="3515"/>
        <w:gridCol w:w="3515"/>
      </w:tblGrid>
      <w:tr w:rsidR="0086295E" w14:paraId="44569A29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56D9089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A</w:t>
            </w:r>
            <w:r>
              <w:rPr>
                <w:rFonts w:eastAsia="Nirmala UI" w:cs="Nirmala UI"/>
                <w:color w:val="D65000"/>
              </w:rPr>
              <w:t xml:space="preserve">  (এ)</w:t>
            </w:r>
          </w:p>
          <w:p w14:paraId="5F2A9AB6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601B0" wp14:editId="573B9B32">
                  <wp:extent cx="1097280" cy="82296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pple.png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E118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Apple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অ্যাপল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7F72767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B</w:t>
            </w:r>
            <w:r>
              <w:rPr>
                <w:rFonts w:eastAsia="Nirmala UI" w:cs="Nirmala UI"/>
                <w:color w:val="D65000"/>
              </w:rPr>
              <w:t xml:space="preserve">  (বি)</w:t>
            </w:r>
          </w:p>
          <w:p w14:paraId="65370BE4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BDBA56" wp14:editId="1DA241AC">
                  <wp:extent cx="1097280" cy="82296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.png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D027C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Ball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বল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4B930A7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C</w:t>
            </w:r>
            <w:r>
              <w:rPr>
                <w:rFonts w:eastAsia="Nirmala UI" w:cs="Nirmala UI"/>
                <w:color w:val="D65000"/>
              </w:rPr>
              <w:t xml:space="preserve">  (সি)</w:t>
            </w:r>
          </w:p>
          <w:p w14:paraId="63050C6F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BE2172" wp14:editId="3D161AEF">
                  <wp:extent cx="1097280" cy="82296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t.png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AE7A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Cat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ক্যাট</w:t>
            </w:r>
          </w:p>
        </w:tc>
      </w:tr>
      <w:tr w:rsidR="0086295E" w14:paraId="6DAD604C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4964E73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D</w:t>
            </w:r>
            <w:r>
              <w:rPr>
                <w:rFonts w:eastAsia="Nirmala UI" w:cs="Nirmala UI"/>
                <w:color w:val="D65000"/>
              </w:rPr>
              <w:t xml:space="preserve">  (ডি)</w:t>
            </w:r>
          </w:p>
          <w:p w14:paraId="3F071E65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141ADE" wp14:editId="62577A88">
                  <wp:extent cx="1097280" cy="82296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g.png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5D45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Dog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ডগ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3951058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E</w:t>
            </w:r>
            <w:r>
              <w:rPr>
                <w:rFonts w:eastAsia="Nirmala UI" w:cs="Nirmala UI"/>
                <w:color w:val="D65000"/>
              </w:rPr>
              <w:t xml:space="preserve">  (ই)</w:t>
            </w:r>
          </w:p>
          <w:p w14:paraId="744DA451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04A2F9" wp14:editId="39ED160E">
                  <wp:extent cx="1097280" cy="82296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gg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A5B1E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Egg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এগ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2CA7F71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F</w:t>
            </w:r>
            <w:r>
              <w:rPr>
                <w:rFonts w:eastAsia="Nirmala UI" w:cs="Nirmala UI"/>
                <w:color w:val="D65000"/>
              </w:rPr>
              <w:t xml:space="preserve">  (এফ)</w:t>
            </w:r>
          </w:p>
          <w:p w14:paraId="42BE0777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73EAA1" wp14:editId="14FD10A3">
                  <wp:extent cx="1097280" cy="822960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sh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31343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Fish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ফিশ</w:t>
            </w:r>
          </w:p>
        </w:tc>
      </w:tr>
      <w:tr w:rsidR="0086295E" w14:paraId="1EA50D01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2F542B8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G</w:t>
            </w:r>
            <w:r>
              <w:rPr>
                <w:rFonts w:eastAsia="Nirmala UI" w:cs="Nirmala UI"/>
                <w:color w:val="D65000"/>
              </w:rPr>
              <w:t xml:space="preserve">  (জি)</w:t>
            </w:r>
          </w:p>
          <w:p w14:paraId="4B16FE36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73F124" wp14:editId="39F6C733">
                  <wp:extent cx="1097280" cy="82296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at.png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23367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Goat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গোট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7DEDF6D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H</w:t>
            </w:r>
            <w:r>
              <w:rPr>
                <w:rFonts w:eastAsia="Nirmala UI" w:cs="Nirmala UI"/>
                <w:color w:val="D65000"/>
              </w:rPr>
              <w:t xml:space="preserve">  (এইচ)</w:t>
            </w:r>
          </w:p>
          <w:p w14:paraId="2D24182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44B031" wp14:editId="25281847">
                  <wp:extent cx="1097280" cy="82296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t.png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BFA63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Hat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হ্যাট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3F59B86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I</w:t>
            </w:r>
            <w:r>
              <w:rPr>
                <w:rFonts w:eastAsia="Nirmala UI" w:cs="Nirmala UI"/>
                <w:color w:val="D65000"/>
              </w:rPr>
              <w:t xml:space="preserve">  (আই)</w:t>
            </w:r>
          </w:p>
          <w:p w14:paraId="7004D28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38126B" wp14:editId="1827564F">
                  <wp:extent cx="1097280" cy="822960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k.png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0DC0A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Ink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ইঙ্ক</w:t>
            </w:r>
          </w:p>
        </w:tc>
      </w:tr>
      <w:tr w:rsidR="0086295E" w14:paraId="2823F734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3CF0B1A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J</w:t>
            </w:r>
            <w:r>
              <w:rPr>
                <w:rFonts w:eastAsia="Nirmala UI" w:cs="Nirmala UI"/>
                <w:color w:val="D65000"/>
              </w:rPr>
              <w:t xml:space="preserve">  (জে)</w:t>
            </w:r>
          </w:p>
          <w:p w14:paraId="78DB7E9F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26DA75" wp14:editId="45979877">
                  <wp:extent cx="1097280" cy="82296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ug.png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593B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Jug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জাগ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6051D52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lastRenderedPageBreak/>
              <w:t>K</w:t>
            </w:r>
            <w:r>
              <w:rPr>
                <w:rFonts w:eastAsia="Nirmala UI" w:cs="Nirmala UI"/>
                <w:color w:val="D65000"/>
              </w:rPr>
              <w:t xml:space="preserve">  (কে)</w:t>
            </w:r>
          </w:p>
          <w:p w14:paraId="3E6A75E2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3C0DE87" wp14:editId="7925BDF3">
                  <wp:extent cx="1097280" cy="82296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ng.png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9349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King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কিং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4EA38EB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lastRenderedPageBreak/>
              <w:t>L</w:t>
            </w:r>
            <w:r>
              <w:rPr>
                <w:rFonts w:eastAsia="Nirmala UI" w:cs="Nirmala UI"/>
                <w:color w:val="D65000"/>
              </w:rPr>
              <w:t xml:space="preserve">  (এল)</w:t>
            </w:r>
          </w:p>
          <w:p w14:paraId="73A7316F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7F51C79" wp14:editId="515217E9">
                  <wp:extent cx="1097280" cy="82296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.png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20748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Lion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লায়ন</w:t>
            </w:r>
          </w:p>
        </w:tc>
      </w:tr>
      <w:tr w:rsidR="0086295E" w14:paraId="2B970D9C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06CF3F5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lastRenderedPageBreak/>
              <w:t>M</w:t>
            </w:r>
            <w:r>
              <w:rPr>
                <w:rFonts w:eastAsia="Nirmala UI" w:cs="Nirmala UI"/>
                <w:color w:val="D65000"/>
              </w:rPr>
              <w:t xml:space="preserve">  (এম)</w:t>
            </w:r>
          </w:p>
          <w:p w14:paraId="57BE9279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6C2A33" wp14:editId="319BB73A">
                  <wp:extent cx="1097280" cy="82296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nkey.png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614E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Monkey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মাঙ্কি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155DDAA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N</w:t>
            </w:r>
            <w:r>
              <w:rPr>
                <w:rFonts w:eastAsia="Nirmala UI" w:cs="Nirmala UI"/>
                <w:color w:val="D65000"/>
              </w:rPr>
              <w:t xml:space="preserve">  (এন)</w:t>
            </w:r>
          </w:p>
          <w:p w14:paraId="4C9A43F6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D0F799" wp14:editId="14B78605">
                  <wp:extent cx="1097280" cy="82296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se.png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E018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Nose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নোজ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60FE0EC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O</w:t>
            </w:r>
            <w:r>
              <w:rPr>
                <w:rFonts w:eastAsia="Nirmala UI" w:cs="Nirmala UI"/>
                <w:color w:val="D65000"/>
              </w:rPr>
              <w:t xml:space="preserve">  (ও)</w:t>
            </w:r>
          </w:p>
          <w:p w14:paraId="0D89EDF8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9D34B2" wp14:editId="2CFB8A6D">
                  <wp:extent cx="1097280" cy="82296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ange.png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7AF85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Orange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অরেঞ্জ</w:t>
            </w:r>
          </w:p>
        </w:tc>
      </w:tr>
      <w:tr w:rsidR="0086295E" w14:paraId="772572A7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5CF1DD0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P</w:t>
            </w:r>
            <w:r>
              <w:rPr>
                <w:rFonts w:eastAsia="Nirmala UI" w:cs="Nirmala UI"/>
                <w:color w:val="D65000"/>
              </w:rPr>
              <w:t xml:space="preserve">  (পি)</w:t>
            </w:r>
          </w:p>
          <w:p w14:paraId="45B9610F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FA3171" wp14:editId="41479E95">
                  <wp:extent cx="1097280" cy="82296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n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CD5E8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Pen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পেন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28B0585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Q</w:t>
            </w:r>
            <w:r>
              <w:rPr>
                <w:rFonts w:eastAsia="Nirmala UI" w:cs="Nirmala UI"/>
                <w:color w:val="D65000"/>
              </w:rPr>
              <w:t xml:space="preserve">  (কিউ)</w:t>
            </w:r>
          </w:p>
          <w:p w14:paraId="10396EF4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9B8E7F" wp14:editId="31B68C35">
                  <wp:extent cx="1097280" cy="82296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ueen.png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62315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Queen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কুইন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000C11B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R</w:t>
            </w:r>
            <w:r>
              <w:rPr>
                <w:rFonts w:eastAsia="Nirmala UI" w:cs="Nirmala UI"/>
                <w:color w:val="D65000"/>
              </w:rPr>
              <w:t xml:space="preserve">  (আর)</w:t>
            </w:r>
          </w:p>
          <w:p w14:paraId="6A0FEF38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2DA0A6" wp14:editId="4878E083">
                  <wp:extent cx="1097280" cy="82296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t.png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9267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Rat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র‍্যাট</w:t>
            </w:r>
          </w:p>
        </w:tc>
      </w:tr>
      <w:tr w:rsidR="0086295E" w14:paraId="51A90503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72AC5F3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S</w:t>
            </w:r>
            <w:r>
              <w:rPr>
                <w:rFonts w:eastAsia="Nirmala UI" w:cs="Nirmala UI"/>
                <w:color w:val="D65000"/>
              </w:rPr>
              <w:t xml:space="preserve">  (এস)</w:t>
            </w:r>
          </w:p>
          <w:p w14:paraId="59CC99AA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49E41E" wp14:editId="0DC14DA2">
                  <wp:extent cx="1097280" cy="82296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n.png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FF7E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Sun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সান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60456CD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T</w:t>
            </w:r>
            <w:r>
              <w:rPr>
                <w:rFonts w:eastAsia="Nirmala UI" w:cs="Nirmala UI"/>
                <w:color w:val="D65000"/>
              </w:rPr>
              <w:t xml:space="preserve">  (টি)</w:t>
            </w:r>
          </w:p>
          <w:p w14:paraId="626E83B2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CC078F" wp14:editId="6D4ACC44">
                  <wp:extent cx="1097280" cy="82296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e.pn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BF37F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Tree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ট্রি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76D261E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U</w:t>
            </w:r>
            <w:r>
              <w:rPr>
                <w:rFonts w:eastAsia="Nirmala UI" w:cs="Nirmala UI"/>
                <w:color w:val="D65000"/>
              </w:rPr>
              <w:t xml:space="preserve">  (ইউ)</w:t>
            </w:r>
          </w:p>
          <w:p w14:paraId="0001F791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8B4C4E" wp14:editId="1FFB3311">
                  <wp:extent cx="1097280" cy="822960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mbrella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832ED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Umbrella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আমব্রেলা</w:t>
            </w:r>
          </w:p>
        </w:tc>
      </w:tr>
      <w:tr w:rsidR="0086295E" w14:paraId="7CA7230C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5C32250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V</w:t>
            </w:r>
            <w:r>
              <w:rPr>
                <w:rFonts w:eastAsia="Nirmala UI" w:cs="Nirmala UI"/>
                <w:color w:val="D65000"/>
              </w:rPr>
              <w:t xml:space="preserve">  (ভি)</w:t>
            </w:r>
          </w:p>
          <w:p w14:paraId="0AC418DA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2E2C7C8" wp14:editId="5116E466">
                  <wp:extent cx="1097280" cy="82296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n.png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A0E5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Van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ভ্যান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5705848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lastRenderedPageBreak/>
              <w:t>W</w:t>
            </w:r>
            <w:r>
              <w:rPr>
                <w:rFonts w:eastAsia="Nirmala UI" w:cs="Nirmala UI"/>
                <w:color w:val="D65000"/>
              </w:rPr>
              <w:t xml:space="preserve">  (ডব্লিউ)</w:t>
            </w:r>
          </w:p>
          <w:p w14:paraId="09B96C10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45055B" wp14:editId="50EB5EE8">
                  <wp:extent cx="1097280" cy="82296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er.png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73467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Water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ওয়াটার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4662A32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lastRenderedPageBreak/>
              <w:t>X</w:t>
            </w:r>
            <w:r>
              <w:rPr>
                <w:rFonts w:eastAsia="Nirmala UI" w:cs="Nirmala UI"/>
                <w:color w:val="D65000"/>
              </w:rPr>
              <w:t xml:space="preserve">  (এক্স)</w:t>
            </w:r>
          </w:p>
          <w:p w14:paraId="511A3FA0" w14:textId="77777777" w:rsidR="0086295E" w:rsidRDefault="0000000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0A4C504" wp14:editId="7C272961">
                  <wp:extent cx="1097280" cy="82296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ray.png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7ADE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X-ray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এক্স-রে</w:t>
            </w:r>
          </w:p>
        </w:tc>
      </w:tr>
      <w:tr w:rsidR="0086295E" w14:paraId="3E274915" w14:textId="77777777"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32F8831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lastRenderedPageBreak/>
              <w:t>Y</w:t>
            </w:r>
            <w:r>
              <w:rPr>
                <w:rFonts w:eastAsia="Nirmala UI" w:cs="Nirmala UI"/>
                <w:color w:val="D65000"/>
              </w:rPr>
              <w:t xml:space="preserve">  (ওয়াই)</w:t>
            </w:r>
          </w:p>
          <w:p w14:paraId="02CABDD7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6B630E" wp14:editId="03C3CA76">
                  <wp:extent cx="1097280" cy="82296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ak.png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E18D7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Yak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ইয়াক</w:t>
            </w:r>
          </w:p>
        </w:tc>
        <w:tc>
          <w:tcPr>
            <w:tcW w:w="3515" w:type="dxa"/>
            <w:tcBorders>
              <w:top w:val="single" w:sz="10" w:space="0" w:color="1565C0"/>
              <w:left w:val="single" w:sz="10" w:space="0" w:color="1565C0"/>
              <w:bottom w:val="single" w:sz="10" w:space="0" w:color="1565C0"/>
              <w:right w:val="single" w:sz="10" w:space="0" w:color="1565C0"/>
            </w:tcBorders>
            <w:shd w:val="clear" w:color="auto" w:fill="E3F2FD"/>
            <w:vAlign w:val="center"/>
          </w:tcPr>
          <w:p w14:paraId="05FCD61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92"/>
                <w:szCs w:val="92"/>
              </w:rPr>
              <w:t>Z</w:t>
            </w:r>
            <w:r>
              <w:rPr>
                <w:rFonts w:eastAsia="Nirmala UI" w:cs="Nirmala UI"/>
                <w:color w:val="D65000"/>
              </w:rPr>
              <w:t xml:space="preserve">  (জেড)</w:t>
            </w:r>
          </w:p>
          <w:p w14:paraId="4FAE0240" w14:textId="77777777" w:rsidR="0086295E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3AB117" wp14:editId="2BA876E1">
                  <wp:extent cx="1097280" cy="822960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bra.png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993F8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Zebra</w:t>
            </w:r>
            <w:r>
              <w:rPr>
                <w:rFonts w:eastAsia="Nirmala UI" w:cs="Nirmala UI"/>
                <w:color w:val="1B5E20"/>
                <w:sz w:val="20"/>
                <w:szCs w:val="20"/>
              </w:rPr>
              <w:t xml:space="preserve">  — জেব্রা</w:t>
            </w:r>
          </w:p>
        </w:tc>
        <w:tc>
          <w:tcPr>
            <w:tcW w:w="3515" w:type="dxa"/>
          </w:tcPr>
          <w:p w14:paraId="4F279FB9" w14:textId="77777777" w:rsidR="0086295E" w:rsidRDefault="0086295E"/>
        </w:tc>
      </w:tr>
    </w:tbl>
    <w:p w14:paraId="042B9269" w14:textId="77777777" w:rsidR="0086295E" w:rsidRDefault="00000000">
      <w:r>
        <w:br w:type="page"/>
      </w:r>
    </w:p>
    <w:p w14:paraId="169C6937" w14:textId="77777777" w:rsidR="0086295E" w:rsidRDefault="0086295E">
      <w:pPr>
        <w:spacing w:after="160"/>
      </w:pPr>
    </w:p>
    <w:p w14:paraId="097D16C2" w14:textId="77777777" w:rsidR="0086295E" w:rsidRDefault="00000000">
      <w:pPr>
        <w:jc w:val="center"/>
      </w:pPr>
      <w:r>
        <w:rPr>
          <w:rFonts w:eastAsia="Nirmala UI" w:cs="Nirmala UI"/>
          <w:b/>
          <w:color w:val="2E7D32"/>
          <w:sz w:val="60"/>
          <w:szCs w:val="60"/>
        </w:rPr>
        <w:t>ইংরেজি সংখ্যা 0–10</w:t>
      </w:r>
    </w:p>
    <w:p w14:paraId="1EDED7A9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English numerals with Bengali pronunciation</w:t>
      </w:r>
    </w:p>
    <w:p w14:paraId="6604374C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12E69548" w14:textId="77777777"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4ACA54B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0</w:t>
            </w:r>
          </w:p>
          <w:p w14:paraId="4F2014B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Zero</w:t>
            </w:r>
          </w:p>
          <w:p w14:paraId="1CC6B6F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জিরো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0E654A4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1</w:t>
            </w:r>
          </w:p>
          <w:p w14:paraId="5EDFD3B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One</w:t>
            </w:r>
          </w:p>
          <w:p w14:paraId="4BC9333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ওয়ান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00BDF5B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2</w:t>
            </w:r>
          </w:p>
          <w:p w14:paraId="1287F3D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Two</w:t>
            </w:r>
          </w:p>
          <w:p w14:paraId="04A2B68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টু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7141578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3</w:t>
            </w:r>
          </w:p>
          <w:p w14:paraId="72C8EA7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Three</w:t>
            </w:r>
          </w:p>
          <w:p w14:paraId="20D7D3D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থ্রি</w:t>
            </w:r>
          </w:p>
        </w:tc>
      </w:tr>
      <w:tr w:rsidR="0086295E" w14:paraId="6E76FB6D" w14:textId="77777777"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32F9AB2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4</w:t>
            </w:r>
          </w:p>
          <w:p w14:paraId="2F2788E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Four</w:t>
            </w:r>
          </w:p>
          <w:p w14:paraId="1ABCC7D0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ফোর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574A36A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5</w:t>
            </w:r>
          </w:p>
          <w:p w14:paraId="551E7D9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Five</w:t>
            </w:r>
          </w:p>
          <w:p w14:paraId="0DC46E5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ফাইভ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43CA7FD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6</w:t>
            </w:r>
          </w:p>
          <w:p w14:paraId="4A97FCD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Six</w:t>
            </w:r>
          </w:p>
          <w:p w14:paraId="43CC208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সিক্স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09095D2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7</w:t>
            </w:r>
          </w:p>
          <w:p w14:paraId="4748314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Seven</w:t>
            </w:r>
          </w:p>
          <w:p w14:paraId="379872C0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সেভেন</w:t>
            </w:r>
          </w:p>
        </w:tc>
      </w:tr>
      <w:tr w:rsidR="0086295E" w14:paraId="4BB535ED" w14:textId="77777777"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65986FF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8</w:t>
            </w:r>
          </w:p>
          <w:p w14:paraId="240C622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Eight</w:t>
            </w:r>
          </w:p>
          <w:p w14:paraId="0A1F0D1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এইট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64464D2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9</w:t>
            </w:r>
          </w:p>
          <w:p w14:paraId="7809A4A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Nine</w:t>
            </w:r>
          </w:p>
          <w:p w14:paraId="24FFA22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নাইন</w:t>
            </w:r>
          </w:p>
        </w:tc>
        <w:tc>
          <w:tcPr>
            <w:tcW w:w="2636" w:type="dxa"/>
            <w:tcBorders>
              <w:top w:val="single" w:sz="10" w:space="0" w:color="2E7D32"/>
              <w:left w:val="single" w:sz="10" w:space="0" w:color="2E7D32"/>
              <w:bottom w:val="single" w:sz="10" w:space="0" w:color="2E7D32"/>
              <w:right w:val="single" w:sz="10" w:space="0" w:color="2E7D32"/>
            </w:tcBorders>
            <w:shd w:val="clear" w:color="auto" w:fill="E8F5E9"/>
            <w:vAlign w:val="center"/>
          </w:tcPr>
          <w:p w14:paraId="7DFD284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1B5E20"/>
                <w:sz w:val="88"/>
                <w:szCs w:val="88"/>
              </w:rPr>
              <w:t>10</w:t>
            </w:r>
          </w:p>
          <w:p w14:paraId="74002C9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26"/>
                <w:szCs w:val="26"/>
              </w:rPr>
              <w:t>Ten</w:t>
            </w:r>
          </w:p>
          <w:p w14:paraId="45BCCC5E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1B5E20"/>
                <w:sz w:val="24"/>
                <w:szCs w:val="24"/>
              </w:rPr>
              <w:t>টেন</w:t>
            </w:r>
          </w:p>
        </w:tc>
        <w:tc>
          <w:tcPr>
            <w:tcW w:w="2636" w:type="dxa"/>
          </w:tcPr>
          <w:p w14:paraId="76F90EAF" w14:textId="77777777" w:rsidR="0086295E" w:rsidRDefault="0086295E"/>
        </w:tc>
      </w:tr>
    </w:tbl>
    <w:p w14:paraId="01E2A3BC" w14:textId="77777777" w:rsidR="0086295E" w:rsidRDefault="00000000">
      <w:r>
        <w:br w:type="page"/>
      </w:r>
    </w:p>
    <w:p w14:paraId="6EB02694" w14:textId="77777777" w:rsidR="0086295E" w:rsidRDefault="0086295E">
      <w:pPr>
        <w:spacing w:after="160"/>
      </w:pPr>
    </w:p>
    <w:p w14:paraId="76C50050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বাংলা সংখ্যা গণনা ১–১০০</w:t>
      </w:r>
    </w:p>
    <w:p w14:paraId="7EA9FA44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Bengali Numerals 1–100 with names</w:t>
      </w:r>
    </w:p>
    <w:p w14:paraId="59F2F09F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055"/>
        <w:gridCol w:w="1055"/>
        <w:gridCol w:w="1055"/>
        <w:gridCol w:w="1055"/>
        <w:gridCol w:w="1055"/>
        <w:gridCol w:w="1055"/>
        <w:gridCol w:w="1055"/>
        <w:gridCol w:w="1055"/>
        <w:gridCol w:w="1055"/>
        <w:gridCol w:w="1055"/>
      </w:tblGrid>
      <w:tr w:rsidR="0086295E" w14:paraId="56B7F569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5805EF9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6C50F9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0F3828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8E4105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053F7D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058638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9EE7DB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5D59628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926C2F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৮১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F13693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৯১</w:t>
            </w:r>
          </w:p>
        </w:tc>
      </w:tr>
      <w:tr w:rsidR="0086295E" w14:paraId="406ACE5C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A4EB15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7F6E5B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এগারো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5D6BE40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একুশ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A4D55E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3E5185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একচল্লিশ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6E2CB5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5A0BD3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288190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A3451B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430D51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একানব্বই</w:t>
            </w:r>
          </w:p>
        </w:tc>
      </w:tr>
      <w:tr w:rsidR="0086295E" w14:paraId="585906D3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5C7B697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5894C4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F40F28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9A5D71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A3AC09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AFC26B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66638F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AA4003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0A94FC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A66E48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৯২</w:t>
            </w:r>
          </w:p>
        </w:tc>
      </w:tr>
      <w:tr w:rsidR="0086295E" w14:paraId="745266F6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A67A97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দুই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5DDFC4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বারো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023D76E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বাইশ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A0C742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AD1945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বিয়াল্লিশ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53413E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বায়ান্ন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9ECB0B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বাষট্টি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844BCBE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বাহাত্তর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009917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বিরাশি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A1DCD1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বিরানব্বই</w:t>
            </w:r>
          </w:p>
        </w:tc>
      </w:tr>
      <w:tr w:rsidR="0086295E" w14:paraId="28791968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844E9A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6C3552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EA66B3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16C2A1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D96CF8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DA34EF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D19687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2C99E6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BCEDB5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৮৩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9C07C9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৯৩</w:t>
            </w:r>
          </w:p>
        </w:tc>
      </w:tr>
      <w:tr w:rsidR="0086295E" w14:paraId="33032E23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8D06F1E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তিন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F439E8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তেরো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0265A1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তেইশ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A5B20A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তেত্রিশ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500DA5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তেতাল্লিশ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CC551D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তিপ্পান্ন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8E15FD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তেষট্টি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926F14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তিহাত্তর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6023A4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তিরাশি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E81C22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তিরানব্বই</w:t>
            </w:r>
          </w:p>
        </w:tc>
      </w:tr>
      <w:tr w:rsidR="0086295E" w14:paraId="7C57BFA0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C0DBCE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56138DC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732F22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881448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22E878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E12C88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1A46FA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C5C873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4BBA37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৮৪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D79FFD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৯৪</w:t>
            </w:r>
          </w:p>
        </w:tc>
      </w:tr>
      <w:tr w:rsidR="0086295E" w14:paraId="4E60E6F6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D5F611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চার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F1BEAC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চৌদ্দ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D0B663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চব্বিশ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95DC24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চৌত্রিশ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CF2ACEE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চুয়াল্লিশ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4E0F47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চুয়ান্ন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50F301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চৌষট্টি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2B4479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চুয়াত্তর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92BE52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চুরাশি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4027C2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চুরানব্বই</w:t>
            </w:r>
          </w:p>
        </w:tc>
      </w:tr>
      <w:tr w:rsidR="0086295E" w14:paraId="54C4912F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689579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DF1143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4A25BC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3A79F3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092A96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57A0B1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6086B6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C0D973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06F5E1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৮৫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B7A7AC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৯৫</w:t>
            </w:r>
          </w:p>
        </w:tc>
      </w:tr>
      <w:tr w:rsidR="0086295E" w14:paraId="4BBC34DE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402AC2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পাঁচ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592A26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পনেরো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56DA55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পঁচিশ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A6C8C2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পঁয়ত্রিশ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14907E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পঁয়তাল্লিশ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9C05BF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পঞ্চান্ন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394FE0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পঁয়ষট্টি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5E2309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পঁচাত্তর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16E760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পঁচাশি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5B2E9B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পঁচানব্বই</w:t>
            </w:r>
          </w:p>
        </w:tc>
      </w:tr>
      <w:tr w:rsidR="0086295E" w14:paraId="275DE4DC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E45155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B51A67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566D067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F9DE32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571FA2B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3B2EB2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1F3FD6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84C2D5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D74E1F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৮৬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80D756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৯৬</w:t>
            </w:r>
          </w:p>
        </w:tc>
      </w:tr>
      <w:tr w:rsidR="0086295E" w14:paraId="7E8C5884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82189B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ছয়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9ADEBE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ষোলো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03EF6D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ছাব্বিশ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A91A49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06373E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ছেচল্লিশ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261DF8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ছাপ্পান্ন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FC8EE8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ছেষট্টি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A73522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ছিয়াত্তর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523D3A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ছিয়াশি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A7C531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ছিয়ানব্বই</w:t>
            </w:r>
          </w:p>
        </w:tc>
      </w:tr>
      <w:tr w:rsidR="0086295E" w14:paraId="21989AC8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92CC4E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589A83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D06C32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778CD1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060A7C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71033A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39ABC1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22F144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328F9B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৮৭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6010E9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৯৭</w:t>
            </w:r>
          </w:p>
        </w:tc>
      </w:tr>
      <w:tr w:rsidR="0086295E" w14:paraId="3F3A9BC1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676B6D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351E55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সতেরো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7D84F7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সাতাশ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06E452E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সাঁইত্রিশ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160B63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সাতচল্লিশ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63B919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64DD80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365C8F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2DB9F4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E7B676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সাতানব্বই</w:t>
            </w:r>
          </w:p>
        </w:tc>
      </w:tr>
      <w:tr w:rsidR="0086295E" w14:paraId="55F30824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67623F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D4D8C7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311DE9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F94ECE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F51D7B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1CCD03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95B72F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4564A0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3D63597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৮৮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76B2EE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৯৮</w:t>
            </w:r>
          </w:p>
        </w:tc>
      </w:tr>
      <w:tr w:rsidR="0086295E" w14:paraId="4792C11F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78C3E11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A360F1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আঠারো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6ED6A9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আটাশ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D1F64D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86C969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আটচল্লিশ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8D952A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আটান্ন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444B4E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আটষট্টি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4ADD9CEC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আটাত্তর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2D9E5B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আটাশি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6C4FAC5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আটানব্বই</w:t>
            </w:r>
          </w:p>
        </w:tc>
      </w:tr>
      <w:tr w:rsidR="0086295E" w14:paraId="1BA67DBC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4079B8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2E5642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540002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0353167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5927AF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F8479D2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8427C8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9B1127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91DAED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৮৯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2C8C7D0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৯৯</w:t>
            </w:r>
          </w:p>
        </w:tc>
      </w:tr>
      <w:tr w:rsidR="0086295E" w14:paraId="7E04C602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D3262D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নয়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106F89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37BD04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FF25E1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উনচল্লিশ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01106A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উনপঞ্চাশ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83819A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উনষাট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0B3C898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উনসত্তর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C7535E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উনআশি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7A165F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উননব্বই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5D16B0D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নিরানব্বই</w:t>
            </w:r>
          </w:p>
        </w:tc>
      </w:tr>
      <w:tr w:rsidR="0086295E" w14:paraId="264C5401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82D375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19B0946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২০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63A8CD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৩০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2F3AB26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৪০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9DB1B7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৫০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65BA973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৬০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247650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৭০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7FCA8A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৮০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42DEA49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৯০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EBEE"/>
            <w:vAlign w:val="center"/>
          </w:tcPr>
          <w:p w14:paraId="725E4A1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2E7D32"/>
                <w:sz w:val="36"/>
                <w:szCs w:val="36"/>
              </w:rPr>
              <w:t>১০০</w:t>
            </w:r>
          </w:p>
        </w:tc>
      </w:tr>
      <w:tr w:rsidR="0086295E" w14:paraId="14DF20B3" w14:textId="77777777"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593F7E8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দশ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3E51A6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বিশ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7324E0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ত্রিশ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FE7A14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চল্লিশ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42318F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পঞ্চাশ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2182162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ষাট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169875CA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সত্তর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1EB92E2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আশি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756ED36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নব্বই</w:t>
            </w:r>
          </w:p>
        </w:tc>
        <w:tc>
          <w:tcPr>
            <w:tcW w:w="1055" w:type="dxa"/>
            <w:tcBorders>
              <w:top w:val="single" w:sz="4" w:space="0" w:color="C62828"/>
              <w:left w:val="single" w:sz="4" w:space="0" w:color="C62828"/>
              <w:bottom w:val="single" w:sz="4" w:space="0" w:color="C62828"/>
              <w:right w:val="single" w:sz="4" w:space="0" w:color="C62828"/>
            </w:tcBorders>
            <w:shd w:val="clear" w:color="auto" w:fill="FFFFFF"/>
            <w:vAlign w:val="center"/>
          </w:tcPr>
          <w:p w14:paraId="37B0CE17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3E2723"/>
                <w:sz w:val="16"/>
                <w:szCs w:val="16"/>
              </w:rPr>
              <w:t>একশ</w:t>
            </w:r>
          </w:p>
        </w:tc>
      </w:tr>
    </w:tbl>
    <w:p w14:paraId="4EF62C6C" w14:textId="77777777" w:rsidR="0086295E" w:rsidRDefault="00000000">
      <w:r>
        <w:br w:type="page"/>
      </w:r>
    </w:p>
    <w:p w14:paraId="55130A51" w14:textId="77777777" w:rsidR="0086295E" w:rsidRDefault="0086295E">
      <w:pPr>
        <w:spacing w:after="160"/>
      </w:pPr>
    </w:p>
    <w:p w14:paraId="567FB285" w14:textId="77777777" w:rsidR="0086295E" w:rsidRDefault="00000000">
      <w:pPr>
        <w:jc w:val="center"/>
      </w:pPr>
      <w:r>
        <w:rPr>
          <w:rFonts w:eastAsia="Nirmala UI" w:cs="Nirmala UI"/>
          <w:b/>
          <w:color w:val="0D47A1"/>
          <w:sz w:val="60"/>
          <w:szCs w:val="60"/>
        </w:rPr>
        <w:t>ইংরেজি সংখ্যা গণনা 1–100</w:t>
      </w:r>
    </w:p>
    <w:p w14:paraId="7BF08423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English Numerals 1–100 with names</w:t>
      </w:r>
    </w:p>
    <w:p w14:paraId="550A1B2A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055"/>
        <w:gridCol w:w="1055"/>
        <w:gridCol w:w="1055"/>
        <w:gridCol w:w="1055"/>
        <w:gridCol w:w="1055"/>
        <w:gridCol w:w="1055"/>
        <w:gridCol w:w="1055"/>
        <w:gridCol w:w="1055"/>
        <w:gridCol w:w="1055"/>
        <w:gridCol w:w="1055"/>
      </w:tblGrid>
      <w:tr w:rsidR="0086295E" w14:paraId="72B67C59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FC0FC2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997A6C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9E655D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4781DB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F1955B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9FB267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2FEEE1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90163F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564D29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81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7F0FA1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91</w:t>
            </w:r>
          </w:p>
        </w:tc>
      </w:tr>
      <w:tr w:rsidR="0086295E" w14:paraId="1189F9ED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DCD4D4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819983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ELEVEN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8F2765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8B3A09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E24430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02C47A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DC5788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BAEC3D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A9BF8A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ONE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CA0026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ONE</w:t>
            </w:r>
          </w:p>
        </w:tc>
      </w:tr>
      <w:tr w:rsidR="0086295E" w14:paraId="7CCBA848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545A2E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B8785C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923377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713E83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1BF3B0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047465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963560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2E8D24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8D8491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82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C79840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92</w:t>
            </w:r>
          </w:p>
        </w:tc>
      </w:tr>
      <w:tr w:rsidR="0086295E" w14:paraId="7633A6B9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C03CFE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94B098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TWELVE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EB8BC7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022B47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E72ED0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9FC530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00913F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74F08F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E172A8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TWO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9C7EF4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TWO</w:t>
            </w:r>
          </w:p>
        </w:tc>
      </w:tr>
      <w:tr w:rsidR="0086295E" w14:paraId="3DCC66C8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68FF3E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B8DBA8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739379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9175DD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0772EA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746D0E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2C92C3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AB3502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C174EF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83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53C852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93</w:t>
            </w:r>
          </w:p>
        </w:tc>
      </w:tr>
      <w:tr w:rsidR="0086295E" w14:paraId="596E8EA5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58FE30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C05F56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BA4A3D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62F7CF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6DA4A1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F58B12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8907DA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A3260B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9B4300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THREE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0A3728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THREE</w:t>
            </w:r>
          </w:p>
        </w:tc>
      </w:tr>
      <w:tr w:rsidR="0086295E" w14:paraId="1417DA5B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16340B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7B647C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6EB957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6D1360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3121E1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919C5C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CC63B2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BD79C9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99FDFE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84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55E0CA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94</w:t>
            </w:r>
          </w:p>
        </w:tc>
      </w:tr>
      <w:tr w:rsidR="0086295E" w14:paraId="4D313419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220825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4342C2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FOURTEEN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08F909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EAACD5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9937BC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A0196C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A03382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88ED9E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B4B79A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FOUR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98778C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FOUR</w:t>
            </w:r>
          </w:p>
        </w:tc>
      </w:tr>
      <w:tr w:rsidR="0086295E" w14:paraId="1E2F7E2B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3A879B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151A0F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39914F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2C5735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BE77C6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A9BFEB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D878C0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41377F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9EE9BB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85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1D7C86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95</w:t>
            </w:r>
          </w:p>
        </w:tc>
      </w:tr>
      <w:tr w:rsidR="0086295E" w14:paraId="34FEFA75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1F08094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12595BA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91D4A7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3BD9CC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C3556D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5504A7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444CBE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E50657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D5177B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FIVE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96BBB5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FIVE</w:t>
            </w:r>
          </w:p>
        </w:tc>
      </w:tr>
      <w:tr w:rsidR="0086295E" w14:paraId="09D14F2A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4DB2C1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737B3D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EFC1DF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9178B0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73CE7F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69B4AD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E92F3B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69CBCF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60A823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86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C321EB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96</w:t>
            </w:r>
          </w:p>
        </w:tc>
      </w:tr>
      <w:tr w:rsidR="0086295E" w14:paraId="5B5C7322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DD6BB5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1DD3A6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F16D77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A55AE4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40C9C4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2D46DF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A8B879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5DD138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D42146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SIX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B168E4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SIX</w:t>
            </w:r>
          </w:p>
        </w:tc>
      </w:tr>
      <w:tr w:rsidR="0086295E" w14:paraId="1890D3B2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4B9D49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81E6F2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29A855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CF9CBC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60B1FE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3D3CAD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F1A7A5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5D457C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E37ACD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87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8EF1F4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97</w:t>
            </w:r>
          </w:p>
        </w:tc>
      </w:tr>
      <w:tr w:rsidR="0086295E" w14:paraId="3A6338F4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7161DC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680DAB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852A71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5E21C9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E70906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F6058F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E41F9A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414957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4B645A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SEVEN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1F9BE31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SEVEN</w:t>
            </w:r>
          </w:p>
        </w:tc>
      </w:tr>
      <w:tr w:rsidR="0086295E" w14:paraId="771B5137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B8CB57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01990D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FD7157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95F9CB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40C2FE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296DB2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0625B6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8588DE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847AAF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88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076580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98</w:t>
            </w:r>
          </w:p>
        </w:tc>
      </w:tr>
      <w:tr w:rsidR="0086295E" w14:paraId="27BF0A67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E079AE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4CF37F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0CA2A55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6AD032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65F744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56FD3BC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BEA6B8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B2AE829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81964D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EIGHT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13EF80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EIGHT</w:t>
            </w:r>
          </w:p>
        </w:tc>
      </w:tr>
      <w:tr w:rsidR="0086295E" w14:paraId="6988CF6C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6FED8A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59CB34B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3B268C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E6BB19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14894A1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1EB684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F0D7B6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34352F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8D2AB0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89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44F797D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99</w:t>
            </w:r>
          </w:p>
        </w:tc>
      </w:tr>
      <w:tr w:rsidR="0086295E" w14:paraId="5DCF0420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08A448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137447F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NINETEEN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EF97C6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427A6E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03A0FF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E83EEF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673715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5CF065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22342B1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 NINE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6664E1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 NINE</w:t>
            </w:r>
          </w:p>
        </w:tc>
      </w:tr>
      <w:tr w:rsidR="0086295E" w14:paraId="441A80B4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69DE20C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99D6F3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20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77C0EF9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30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FB466C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40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6D86C2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50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7BA48B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60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08597C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70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201CD00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80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0C65D73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90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E3F2FD"/>
            <w:vAlign w:val="center"/>
          </w:tcPr>
          <w:p w14:paraId="39FD43B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b/>
                <w:color w:val="0D47A1"/>
                <w:sz w:val="36"/>
                <w:szCs w:val="36"/>
              </w:rPr>
              <w:t>100</w:t>
            </w:r>
          </w:p>
        </w:tc>
      </w:tr>
      <w:tr w:rsidR="0086295E" w14:paraId="0D9BE8F5" w14:textId="77777777"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7C85FB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TEN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6D0DDA8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TWENTY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78488F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THIRTY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4286459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FORTY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4297D7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FIFTY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6BFFC0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SIXTY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7E3372C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SEVENTY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16C8046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EIGHTY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125DCCD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NINETY</w:t>
            </w:r>
          </w:p>
        </w:tc>
        <w:tc>
          <w:tcPr>
            <w:tcW w:w="1055" w:type="dxa"/>
            <w:tcBorders>
              <w:top w:val="single" w:sz="4" w:space="0" w:color="0D47A1"/>
              <w:left w:val="single" w:sz="4" w:space="0" w:color="0D47A1"/>
              <w:bottom w:val="single" w:sz="4" w:space="0" w:color="0D47A1"/>
              <w:right w:val="single" w:sz="4" w:space="0" w:color="0D47A1"/>
            </w:tcBorders>
            <w:shd w:val="clear" w:color="auto" w:fill="FFFFFF"/>
            <w:vAlign w:val="center"/>
          </w:tcPr>
          <w:p w14:paraId="338843C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3E2723"/>
                <w:sz w:val="14"/>
                <w:szCs w:val="14"/>
              </w:rPr>
              <w:t>ONE HUNDRED</w:t>
            </w:r>
          </w:p>
        </w:tc>
      </w:tr>
    </w:tbl>
    <w:p w14:paraId="3144A811" w14:textId="77777777" w:rsidR="0086295E" w:rsidRDefault="00000000">
      <w:r>
        <w:lastRenderedPageBreak/>
        <w:br w:type="page"/>
      </w:r>
    </w:p>
    <w:p w14:paraId="31F05C55" w14:textId="77777777" w:rsidR="0086295E" w:rsidRDefault="0086295E">
      <w:pPr>
        <w:spacing w:after="160"/>
      </w:pPr>
    </w:p>
    <w:p w14:paraId="6D12FFA5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দিন • মাস • ঋতু</w:t>
      </w:r>
    </w:p>
    <w:p w14:paraId="0CE643D2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Days, Months &amp; Seasons</w:t>
      </w:r>
    </w:p>
    <w:p w14:paraId="78C491E6" w14:textId="77777777" w:rsidR="0086295E" w:rsidRDefault="0086295E">
      <w:pPr>
        <w:spacing w:after="160"/>
      </w:pPr>
    </w:p>
    <w:p w14:paraId="281E10C1" w14:textId="77777777" w:rsidR="0086295E" w:rsidRDefault="00000000">
      <w:r>
        <w:rPr>
          <w:rFonts w:eastAsia="Nirmala UI" w:cs="Nirmala UI"/>
          <w:b/>
          <w:color w:val="D65000"/>
          <w:sz w:val="28"/>
          <w:szCs w:val="28"/>
        </w:rPr>
        <w:t>সাত দিনের নামসমূহ — Seven Days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507"/>
        <w:gridCol w:w="1507"/>
        <w:gridCol w:w="1507"/>
        <w:gridCol w:w="1507"/>
        <w:gridCol w:w="1507"/>
        <w:gridCol w:w="1507"/>
        <w:gridCol w:w="1507"/>
      </w:tblGrid>
      <w:tr w:rsidR="0086295E" w14:paraId="7491E669" w14:textId="77777777"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24757AA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শনিবার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49F0326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রবিবার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1EC9DD4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সোমবার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4139BF8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মঙ্গলবার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5F76AC9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বুধবার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66C7D5F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বৃহস্পতিবার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E0B2"/>
            <w:vAlign w:val="center"/>
          </w:tcPr>
          <w:p w14:paraId="1B67B4DB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3E2723"/>
                <w:sz w:val="24"/>
                <w:szCs w:val="24"/>
              </w:rPr>
              <w:t>শুক্রবার</w:t>
            </w:r>
          </w:p>
        </w:tc>
      </w:tr>
      <w:tr w:rsidR="0086295E" w14:paraId="1BF04051" w14:textId="77777777"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1C41347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SATURDAY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0C86AFD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SUNDAY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2614B98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MONDAY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041F260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TUESDAY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3A0278D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WEDNESDAY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0BE1AC17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THURSDAY</w:t>
            </w:r>
          </w:p>
        </w:tc>
        <w:tc>
          <w:tcPr>
            <w:tcW w:w="1507" w:type="dxa"/>
            <w:tcBorders>
              <w:top w:val="single" w:sz="6" w:space="0" w:color="FB8C00"/>
              <w:left w:val="single" w:sz="6" w:space="0" w:color="FB8C00"/>
              <w:bottom w:val="single" w:sz="6" w:space="0" w:color="FB8C00"/>
              <w:right w:val="single" w:sz="6" w:space="0" w:color="FB8C00"/>
            </w:tcBorders>
            <w:shd w:val="clear" w:color="auto" w:fill="FFF8E1"/>
            <w:vAlign w:val="center"/>
          </w:tcPr>
          <w:p w14:paraId="6B93B0B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18"/>
                <w:szCs w:val="18"/>
              </w:rPr>
              <w:t>FRIDAY</w:t>
            </w:r>
          </w:p>
        </w:tc>
      </w:tr>
    </w:tbl>
    <w:p w14:paraId="6AE02E6D" w14:textId="77777777" w:rsidR="0086295E" w:rsidRDefault="0086295E">
      <w:pPr>
        <w:spacing w:after="240"/>
      </w:pPr>
    </w:p>
    <w:p w14:paraId="356204FC" w14:textId="77777777" w:rsidR="0086295E" w:rsidRDefault="00000000">
      <w:r>
        <w:rPr>
          <w:rFonts w:eastAsia="Nirmala UI" w:cs="Nirmala UI"/>
          <w:b/>
          <w:color w:val="2E7D32"/>
          <w:sz w:val="28"/>
          <w:szCs w:val="28"/>
        </w:rPr>
        <w:t>বাংলা মাসের নামসমূহ — 12 Bengali Months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1FC7A54E" w14:textId="77777777"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0C65F4E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1.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বৈশাখ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3E7185C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2.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জ্যৈষ্ঠ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24261C28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3.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আষাঢ়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6512DD7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4.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শ্রাবণ</w:t>
            </w:r>
          </w:p>
        </w:tc>
      </w:tr>
      <w:tr w:rsidR="0086295E" w14:paraId="7085156F" w14:textId="77777777"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491D7136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5.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ভাদ্র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098CF039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6.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আশ্বিন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7EE878BF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7.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কার্তিক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376D2083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8.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অগ্রহায়ণ</w:t>
            </w:r>
          </w:p>
        </w:tc>
      </w:tr>
      <w:tr w:rsidR="0086295E" w14:paraId="4222D9BB" w14:textId="77777777"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3C9426FB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9.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পৌষ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1AA8352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10.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মাঘ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420B6445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11.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ফাল্গুন</w:t>
            </w:r>
          </w:p>
        </w:tc>
        <w:tc>
          <w:tcPr>
            <w:tcW w:w="2636" w:type="dxa"/>
            <w:tcBorders>
              <w:top w:val="single" w:sz="6" w:space="0" w:color="2E7D32"/>
              <w:left w:val="single" w:sz="6" w:space="0" w:color="2E7D32"/>
              <w:bottom w:val="single" w:sz="6" w:space="0" w:color="2E7D32"/>
              <w:right w:val="single" w:sz="6" w:space="0" w:color="2E7D32"/>
            </w:tcBorders>
            <w:shd w:val="clear" w:color="auto" w:fill="E8F5E9"/>
            <w:vAlign w:val="center"/>
          </w:tcPr>
          <w:p w14:paraId="4A127BC4" w14:textId="77777777" w:rsidR="0086295E" w:rsidRDefault="00000000">
            <w:pPr>
              <w:jc w:val="center"/>
            </w:pPr>
            <w:r>
              <w:rPr>
                <w:rFonts w:eastAsia="Nirmala UI" w:cs="Nirmala UI"/>
                <w:color w:val="787878"/>
              </w:rPr>
              <w:t xml:space="preserve">12. </w:t>
            </w:r>
            <w:r>
              <w:rPr>
                <w:rFonts w:eastAsia="Nirmala UI" w:cs="Nirmala UI"/>
                <w:b/>
                <w:color w:val="1B5E20"/>
                <w:sz w:val="28"/>
                <w:szCs w:val="28"/>
              </w:rPr>
              <w:t>চৈত্র</w:t>
            </w:r>
          </w:p>
        </w:tc>
      </w:tr>
    </w:tbl>
    <w:p w14:paraId="4E07B85E" w14:textId="77777777" w:rsidR="0086295E" w:rsidRDefault="0086295E">
      <w:pPr>
        <w:spacing w:after="240"/>
      </w:pPr>
    </w:p>
    <w:p w14:paraId="1938DB66" w14:textId="77777777" w:rsidR="0086295E" w:rsidRDefault="00000000">
      <w:r>
        <w:rPr>
          <w:rFonts w:eastAsia="Nirmala UI" w:cs="Nirmala UI"/>
          <w:b/>
          <w:color w:val="0D47A1"/>
          <w:sz w:val="28"/>
          <w:szCs w:val="28"/>
        </w:rPr>
        <w:t>ইংরেজি মাসের নামসমূহ — 12 English Months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6AE1628B" w14:textId="77777777"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3545851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জানুয়ারি</w:t>
            </w:r>
          </w:p>
          <w:p w14:paraId="470F7D3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January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3842F00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ফেব্রুয়ারি</w:t>
            </w:r>
          </w:p>
          <w:p w14:paraId="7B0043D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February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543696FF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মার্চ</w:t>
            </w:r>
          </w:p>
          <w:p w14:paraId="4D4B8808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March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65AE7B1D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এপ্রিল</w:t>
            </w:r>
          </w:p>
          <w:p w14:paraId="71B5EA10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April</w:t>
            </w:r>
          </w:p>
        </w:tc>
      </w:tr>
      <w:tr w:rsidR="0086295E" w14:paraId="4381F234" w14:textId="77777777"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638E5CB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মে</w:t>
            </w:r>
          </w:p>
          <w:p w14:paraId="6787B9CF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May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5CF0388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জুন</w:t>
            </w:r>
          </w:p>
          <w:p w14:paraId="06B5765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June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7A891B7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জুলাই</w:t>
            </w:r>
          </w:p>
          <w:p w14:paraId="78F0028A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July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2A9E65A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আগস্ট</w:t>
            </w:r>
          </w:p>
          <w:p w14:paraId="19AE01A6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August</w:t>
            </w:r>
          </w:p>
        </w:tc>
      </w:tr>
      <w:tr w:rsidR="0086295E" w14:paraId="5E57D963" w14:textId="77777777"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6B3597DE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সেপ্টেম্বর</w:t>
            </w:r>
          </w:p>
          <w:p w14:paraId="02101DD5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September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3F55235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অক্টোবর</w:t>
            </w:r>
          </w:p>
          <w:p w14:paraId="403A55F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October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1901CC64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নভেম্বর</w:t>
            </w:r>
          </w:p>
          <w:p w14:paraId="750AC701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November</w:t>
            </w:r>
          </w:p>
        </w:tc>
        <w:tc>
          <w:tcPr>
            <w:tcW w:w="2636" w:type="dxa"/>
            <w:tcBorders>
              <w:top w:val="single" w:sz="6" w:space="0" w:color="0D47A1"/>
              <w:left w:val="single" w:sz="6" w:space="0" w:color="0D47A1"/>
              <w:bottom w:val="single" w:sz="6" w:space="0" w:color="0D47A1"/>
              <w:right w:val="single" w:sz="6" w:space="0" w:color="0D47A1"/>
            </w:tcBorders>
            <w:shd w:val="clear" w:color="auto" w:fill="E3F2FD"/>
            <w:vAlign w:val="center"/>
          </w:tcPr>
          <w:p w14:paraId="398177C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0D47A1"/>
                <w:sz w:val="24"/>
                <w:szCs w:val="24"/>
              </w:rPr>
              <w:t>ডিসেম্বর</w:t>
            </w:r>
          </w:p>
          <w:p w14:paraId="36DD2EC4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December</w:t>
            </w:r>
          </w:p>
        </w:tc>
      </w:tr>
    </w:tbl>
    <w:p w14:paraId="6B3B900A" w14:textId="77777777" w:rsidR="0086295E" w:rsidRDefault="0086295E">
      <w:pPr>
        <w:spacing w:after="240"/>
      </w:pPr>
    </w:p>
    <w:p w14:paraId="6711D11B" w14:textId="77777777" w:rsidR="0086295E" w:rsidRDefault="00000000">
      <w:r>
        <w:rPr>
          <w:rFonts w:eastAsia="Nirmala UI" w:cs="Nirmala UI"/>
          <w:b/>
          <w:color w:val="AD1457"/>
          <w:sz w:val="28"/>
          <w:szCs w:val="28"/>
        </w:rPr>
        <w:t>ছয় ঋতু — Six Seasons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758"/>
        <w:gridCol w:w="1758"/>
        <w:gridCol w:w="1758"/>
        <w:gridCol w:w="1758"/>
        <w:gridCol w:w="1758"/>
        <w:gridCol w:w="1758"/>
      </w:tblGrid>
      <w:tr w:rsidR="0086295E" w14:paraId="7DE00FDA" w14:textId="77777777"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CE4EC"/>
            <w:vAlign w:val="center"/>
          </w:tcPr>
          <w:p w14:paraId="318FF43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AD1457"/>
                <w:sz w:val="24"/>
                <w:szCs w:val="24"/>
              </w:rPr>
              <w:t>গ্রীষ্মকাল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CE4EC"/>
            <w:vAlign w:val="center"/>
          </w:tcPr>
          <w:p w14:paraId="7A98C20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AD1457"/>
                <w:sz w:val="24"/>
                <w:szCs w:val="24"/>
              </w:rPr>
              <w:t>বর্ষাকাল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CE4EC"/>
            <w:vAlign w:val="center"/>
          </w:tcPr>
          <w:p w14:paraId="5158CE3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AD1457"/>
                <w:sz w:val="24"/>
                <w:szCs w:val="24"/>
              </w:rPr>
              <w:t>শরৎকাল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CE4EC"/>
            <w:vAlign w:val="center"/>
          </w:tcPr>
          <w:p w14:paraId="56EC63C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AD1457"/>
                <w:sz w:val="24"/>
                <w:szCs w:val="24"/>
              </w:rPr>
              <w:t>হেমন্তকাল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CE4EC"/>
            <w:vAlign w:val="center"/>
          </w:tcPr>
          <w:p w14:paraId="45BBD76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AD1457"/>
                <w:sz w:val="24"/>
                <w:szCs w:val="24"/>
              </w:rPr>
              <w:t>শীতকাল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CE4EC"/>
            <w:vAlign w:val="center"/>
          </w:tcPr>
          <w:p w14:paraId="524360A9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AD1457"/>
                <w:sz w:val="24"/>
                <w:szCs w:val="24"/>
              </w:rPr>
              <w:t>বসন্তকাল</w:t>
            </w:r>
          </w:p>
        </w:tc>
      </w:tr>
      <w:tr w:rsidR="0086295E" w14:paraId="1A6426D8" w14:textId="77777777"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FFFFF"/>
            <w:vAlign w:val="center"/>
          </w:tcPr>
          <w:p w14:paraId="17CD23F2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Summer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FFFFF"/>
            <w:vAlign w:val="center"/>
          </w:tcPr>
          <w:p w14:paraId="33E8B73B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Rainy Season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FFFFF"/>
            <w:vAlign w:val="center"/>
          </w:tcPr>
          <w:p w14:paraId="01CA34BE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Autumn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FFFFF"/>
            <w:vAlign w:val="center"/>
          </w:tcPr>
          <w:p w14:paraId="45561C7D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Late Autumn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FFFFF"/>
            <w:vAlign w:val="center"/>
          </w:tcPr>
          <w:p w14:paraId="138FBB7C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Winter</w:t>
            </w:r>
          </w:p>
        </w:tc>
        <w:tc>
          <w:tcPr>
            <w:tcW w:w="1758" w:type="dxa"/>
            <w:tcBorders>
              <w:top w:val="single" w:sz="6" w:space="0" w:color="AD1457"/>
              <w:left w:val="single" w:sz="6" w:space="0" w:color="AD1457"/>
              <w:bottom w:val="single" w:sz="6" w:space="0" w:color="AD1457"/>
              <w:right w:val="single" w:sz="6" w:space="0" w:color="AD1457"/>
            </w:tcBorders>
            <w:shd w:val="clear" w:color="auto" w:fill="FFFFFF"/>
            <w:vAlign w:val="center"/>
          </w:tcPr>
          <w:p w14:paraId="0C1846E3" w14:textId="77777777" w:rsidR="0086295E" w:rsidRDefault="00000000">
            <w:pPr>
              <w:jc w:val="center"/>
            </w:pPr>
            <w:r>
              <w:rPr>
                <w:rFonts w:ascii="Arial" w:eastAsia="Arial" w:hAnsi="Arial" w:cs="Arial"/>
                <w:color w:val="505050"/>
                <w:sz w:val="20"/>
                <w:szCs w:val="20"/>
              </w:rPr>
              <w:t>Spring</w:t>
            </w:r>
          </w:p>
        </w:tc>
      </w:tr>
    </w:tbl>
    <w:p w14:paraId="0F32DEAD" w14:textId="77777777" w:rsidR="0086295E" w:rsidRDefault="00000000">
      <w:r>
        <w:br w:type="page"/>
      </w:r>
    </w:p>
    <w:p w14:paraId="2D953AC9" w14:textId="77777777" w:rsidR="0086295E" w:rsidRDefault="0086295E">
      <w:pPr>
        <w:spacing w:after="160"/>
      </w:pPr>
    </w:p>
    <w:p w14:paraId="50FD03BD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গুণের নামতা ১–২০</w:t>
      </w:r>
    </w:p>
    <w:p w14:paraId="158557E2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Multiplication Tables 1–20</w:t>
      </w:r>
    </w:p>
    <w:p w14:paraId="378933FF" w14:textId="77777777" w:rsidR="0086295E" w:rsidRDefault="0086295E">
      <w:pPr>
        <w:spacing w:after="160"/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238F9945" w14:textId="77777777">
        <w:tc>
          <w:tcPr>
            <w:tcW w:w="2636" w:type="dxa"/>
          </w:tcPr>
          <w:p w14:paraId="259C8EA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0B2DBE9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218C44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১ = ১</w:t>
                  </w:r>
                </w:p>
              </w:tc>
            </w:tr>
            <w:tr w:rsidR="0086295E" w14:paraId="643AE0C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4F4890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২ = ২</w:t>
                  </w:r>
                </w:p>
              </w:tc>
            </w:tr>
            <w:tr w:rsidR="0086295E" w14:paraId="72AF3BE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1CD0E6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৩ = ৩</w:t>
                  </w:r>
                </w:p>
              </w:tc>
            </w:tr>
            <w:tr w:rsidR="0086295E" w14:paraId="115739C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479A9BC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৪ = ৪</w:t>
                  </w:r>
                </w:p>
              </w:tc>
            </w:tr>
            <w:tr w:rsidR="0086295E" w14:paraId="50D7A12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A502CE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৫ = ৫</w:t>
                  </w:r>
                </w:p>
              </w:tc>
            </w:tr>
            <w:tr w:rsidR="0086295E" w14:paraId="11E153F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B4E9CC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৬ = ৬</w:t>
                  </w:r>
                </w:p>
              </w:tc>
            </w:tr>
            <w:tr w:rsidR="0086295E" w14:paraId="09CD8F9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C5DE95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৭ = ৭</w:t>
                  </w:r>
                </w:p>
              </w:tc>
            </w:tr>
            <w:tr w:rsidR="0086295E" w14:paraId="392023F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E0962C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৮ = ৮</w:t>
                  </w:r>
                </w:p>
              </w:tc>
            </w:tr>
            <w:tr w:rsidR="0086295E" w14:paraId="3FF67DD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111B91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৯ = ৯</w:t>
                  </w:r>
                </w:p>
              </w:tc>
            </w:tr>
            <w:tr w:rsidR="0086295E" w14:paraId="07AF4A0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E45D2A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 × ১০ = ১০</w:t>
                  </w:r>
                </w:p>
              </w:tc>
            </w:tr>
          </w:tbl>
          <w:p w14:paraId="6AB8B873" w14:textId="77777777" w:rsidR="0086295E" w:rsidRDefault="0086295E"/>
        </w:tc>
        <w:tc>
          <w:tcPr>
            <w:tcW w:w="2636" w:type="dxa"/>
          </w:tcPr>
          <w:p w14:paraId="4B890AE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২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08327F2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374858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১ = ২</w:t>
                  </w:r>
                </w:p>
              </w:tc>
            </w:tr>
            <w:tr w:rsidR="0086295E" w14:paraId="5521CFF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445CEF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২ = ৪</w:t>
                  </w:r>
                </w:p>
              </w:tc>
            </w:tr>
            <w:tr w:rsidR="0086295E" w14:paraId="250A191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D3428B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৩ = ৬</w:t>
                  </w:r>
                </w:p>
              </w:tc>
            </w:tr>
            <w:tr w:rsidR="0086295E" w14:paraId="6B767FB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F708A4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৪ = ৮</w:t>
                  </w:r>
                </w:p>
              </w:tc>
            </w:tr>
            <w:tr w:rsidR="0086295E" w14:paraId="3896AC1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C0F78B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৫ = ১০</w:t>
                  </w:r>
                </w:p>
              </w:tc>
            </w:tr>
            <w:tr w:rsidR="0086295E" w14:paraId="0350828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755D81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৬ = ১২</w:t>
                  </w:r>
                </w:p>
              </w:tc>
            </w:tr>
            <w:tr w:rsidR="0086295E" w14:paraId="513F246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2ABBB5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৭ = ১৪</w:t>
                  </w:r>
                </w:p>
              </w:tc>
            </w:tr>
            <w:tr w:rsidR="0086295E" w14:paraId="02EEEF1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E64FA9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৮ = ১৬</w:t>
                  </w:r>
                </w:p>
              </w:tc>
            </w:tr>
            <w:tr w:rsidR="0086295E" w14:paraId="3A6C477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356223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৯ = ১৮</w:t>
                  </w:r>
                </w:p>
              </w:tc>
            </w:tr>
            <w:tr w:rsidR="0086295E" w14:paraId="2A86B35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6FD9D4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 × ১০ = ২০</w:t>
                  </w:r>
                </w:p>
              </w:tc>
            </w:tr>
          </w:tbl>
          <w:p w14:paraId="0C9AB33A" w14:textId="77777777" w:rsidR="0086295E" w:rsidRDefault="0086295E"/>
        </w:tc>
        <w:tc>
          <w:tcPr>
            <w:tcW w:w="2636" w:type="dxa"/>
          </w:tcPr>
          <w:p w14:paraId="25DA686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৩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319FFA6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6E3F0F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১ = ৩</w:t>
                  </w:r>
                </w:p>
              </w:tc>
            </w:tr>
            <w:tr w:rsidR="0086295E" w14:paraId="2A081A8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1558CD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২ = ৬</w:t>
                  </w:r>
                </w:p>
              </w:tc>
            </w:tr>
            <w:tr w:rsidR="0086295E" w14:paraId="13DDC26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3ED5B8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৩ = ৯</w:t>
                  </w:r>
                </w:p>
              </w:tc>
            </w:tr>
            <w:tr w:rsidR="0086295E" w14:paraId="5F94D3F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D78D51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৪ = ১২</w:t>
                  </w:r>
                </w:p>
              </w:tc>
            </w:tr>
            <w:tr w:rsidR="0086295E" w14:paraId="3802B10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B946C1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৫ = ১৫</w:t>
                  </w:r>
                </w:p>
              </w:tc>
            </w:tr>
            <w:tr w:rsidR="0086295E" w14:paraId="5D84500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A4D2B5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৬ = ১৮</w:t>
                  </w:r>
                </w:p>
              </w:tc>
            </w:tr>
            <w:tr w:rsidR="0086295E" w14:paraId="3D1EC1F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7FE981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৭ = ২১</w:t>
                  </w:r>
                </w:p>
              </w:tc>
            </w:tr>
            <w:tr w:rsidR="0086295E" w14:paraId="14687C7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003FF5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৮ = ২৪</w:t>
                  </w:r>
                </w:p>
              </w:tc>
            </w:tr>
            <w:tr w:rsidR="0086295E" w14:paraId="036D3D6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77A8C8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৯ = ২৭</w:t>
                  </w:r>
                </w:p>
              </w:tc>
            </w:tr>
            <w:tr w:rsidR="0086295E" w14:paraId="27DAE02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0DA758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৩ × ১০ = ৩০</w:t>
                  </w:r>
                </w:p>
              </w:tc>
            </w:tr>
          </w:tbl>
          <w:p w14:paraId="12D72A64" w14:textId="77777777" w:rsidR="0086295E" w:rsidRDefault="0086295E"/>
        </w:tc>
        <w:tc>
          <w:tcPr>
            <w:tcW w:w="2636" w:type="dxa"/>
          </w:tcPr>
          <w:p w14:paraId="6382047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৪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178F7C6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DF1FD4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১ = ৪</w:t>
                  </w:r>
                </w:p>
              </w:tc>
            </w:tr>
            <w:tr w:rsidR="0086295E" w14:paraId="08E614C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6A3E71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২ = ৮</w:t>
                  </w:r>
                </w:p>
              </w:tc>
            </w:tr>
            <w:tr w:rsidR="0086295E" w14:paraId="772FEBD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DB72C6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৩ = ১২</w:t>
                  </w:r>
                </w:p>
              </w:tc>
            </w:tr>
            <w:tr w:rsidR="0086295E" w14:paraId="5BC8EA7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476C75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৪ = ১৬</w:t>
                  </w:r>
                </w:p>
              </w:tc>
            </w:tr>
            <w:tr w:rsidR="0086295E" w14:paraId="6F969F2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5D74C4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৫ = ২০</w:t>
                  </w:r>
                </w:p>
              </w:tc>
            </w:tr>
            <w:tr w:rsidR="0086295E" w14:paraId="2B9E603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064871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৬ = ২৪</w:t>
                  </w:r>
                </w:p>
              </w:tc>
            </w:tr>
            <w:tr w:rsidR="0086295E" w14:paraId="770AA3E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5DE951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৭ = ২৮</w:t>
                  </w:r>
                </w:p>
              </w:tc>
            </w:tr>
            <w:tr w:rsidR="0086295E" w14:paraId="66BD074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E3E4A8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৮ = ৩২</w:t>
                  </w:r>
                </w:p>
              </w:tc>
            </w:tr>
            <w:tr w:rsidR="0086295E" w14:paraId="49424FD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CCC6B6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৯ = ৩৬</w:t>
                  </w:r>
                </w:p>
              </w:tc>
            </w:tr>
            <w:tr w:rsidR="0086295E" w14:paraId="2309AD5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FFE1F7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৪ × ১০ = ৪০</w:t>
                  </w:r>
                </w:p>
              </w:tc>
            </w:tr>
          </w:tbl>
          <w:p w14:paraId="454C84CD" w14:textId="77777777" w:rsidR="0086295E" w:rsidRDefault="0086295E"/>
        </w:tc>
      </w:tr>
    </w:tbl>
    <w:p w14:paraId="56F7BC04" w14:textId="77777777" w:rsidR="0086295E" w:rsidRDefault="0086295E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126AC9FC" w14:textId="77777777">
        <w:tc>
          <w:tcPr>
            <w:tcW w:w="2636" w:type="dxa"/>
          </w:tcPr>
          <w:p w14:paraId="78F4B80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৫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667FFE7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F449E7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১ = ৫</w:t>
                  </w:r>
                </w:p>
              </w:tc>
            </w:tr>
            <w:tr w:rsidR="0086295E" w14:paraId="5B50770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7510C4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২ = ১০</w:t>
                  </w:r>
                </w:p>
              </w:tc>
            </w:tr>
            <w:tr w:rsidR="0086295E" w14:paraId="60E1AEF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8F317B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৩ = ১৫</w:t>
                  </w:r>
                </w:p>
              </w:tc>
            </w:tr>
            <w:tr w:rsidR="0086295E" w14:paraId="5753085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4D01C0E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৪ = ২০</w:t>
                  </w:r>
                </w:p>
              </w:tc>
            </w:tr>
            <w:tr w:rsidR="0086295E" w14:paraId="3A0A1DC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774771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৫ = ২৫</w:t>
                  </w:r>
                </w:p>
              </w:tc>
            </w:tr>
            <w:tr w:rsidR="0086295E" w14:paraId="1D49055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12616E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৬ = ৩০</w:t>
                  </w:r>
                </w:p>
              </w:tc>
            </w:tr>
            <w:tr w:rsidR="0086295E" w14:paraId="119BC83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55FA72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৭ = ৩৫</w:t>
                  </w:r>
                </w:p>
              </w:tc>
            </w:tr>
            <w:tr w:rsidR="0086295E" w14:paraId="0A80929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05C283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৮ = ৪০</w:t>
                  </w:r>
                </w:p>
              </w:tc>
            </w:tr>
            <w:tr w:rsidR="0086295E" w14:paraId="4FE1408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18469F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৯ = ৪৫</w:t>
                  </w:r>
                </w:p>
              </w:tc>
            </w:tr>
            <w:tr w:rsidR="0086295E" w14:paraId="02B9162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F747BA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৫ × ১০ = ৫০</w:t>
                  </w:r>
                </w:p>
              </w:tc>
            </w:tr>
          </w:tbl>
          <w:p w14:paraId="1193B781" w14:textId="77777777" w:rsidR="0086295E" w:rsidRDefault="0086295E"/>
        </w:tc>
        <w:tc>
          <w:tcPr>
            <w:tcW w:w="2636" w:type="dxa"/>
          </w:tcPr>
          <w:p w14:paraId="6AF3817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৬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0679083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ABAAC8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১ = ৬</w:t>
                  </w:r>
                </w:p>
              </w:tc>
            </w:tr>
            <w:tr w:rsidR="0086295E" w14:paraId="7829AFB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C3CEBA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২ = ১২</w:t>
                  </w:r>
                </w:p>
              </w:tc>
            </w:tr>
            <w:tr w:rsidR="0086295E" w14:paraId="5622E41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2482E3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৩ = ১৮</w:t>
                  </w:r>
                </w:p>
              </w:tc>
            </w:tr>
            <w:tr w:rsidR="0086295E" w14:paraId="6E904E8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395A2B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৪ = ২৪</w:t>
                  </w:r>
                </w:p>
              </w:tc>
            </w:tr>
            <w:tr w:rsidR="0086295E" w14:paraId="0BBDADE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1224BA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৫ = ৩০</w:t>
                  </w:r>
                </w:p>
              </w:tc>
            </w:tr>
            <w:tr w:rsidR="0086295E" w14:paraId="2C2D2C3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6C41A2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৬ = ৩৬</w:t>
                  </w:r>
                </w:p>
              </w:tc>
            </w:tr>
            <w:tr w:rsidR="0086295E" w14:paraId="6066C6E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C05AA6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৭ = ৪২</w:t>
                  </w:r>
                </w:p>
              </w:tc>
            </w:tr>
            <w:tr w:rsidR="0086295E" w14:paraId="6F70E16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1EA2A9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৮ = ৪৮</w:t>
                  </w:r>
                </w:p>
              </w:tc>
            </w:tr>
            <w:tr w:rsidR="0086295E" w14:paraId="663CCD0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8844AF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৯ = ৫৪</w:t>
                  </w:r>
                </w:p>
              </w:tc>
            </w:tr>
            <w:tr w:rsidR="0086295E" w14:paraId="466634D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45937E6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৬ × ১০ = ৬০</w:t>
                  </w:r>
                </w:p>
              </w:tc>
            </w:tr>
          </w:tbl>
          <w:p w14:paraId="5A056DF3" w14:textId="77777777" w:rsidR="0086295E" w:rsidRDefault="0086295E"/>
        </w:tc>
        <w:tc>
          <w:tcPr>
            <w:tcW w:w="2636" w:type="dxa"/>
          </w:tcPr>
          <w:p w14:paraId="1D57E15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৭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6CD9794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F6B925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১ = ৭</w:t>
                  </w:r>
                </w:p>
              </w:tc>
            </w:tr>
            <w:tr w:rsidR="0086295E" w14:paraId="64F602D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E0F888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২ = ১৪</w:t>
                  </w:r>
                </w:p>
              </w:tc>
            </w:tr>
            <w:tr w:rsidR="0086295E" w14:paraId="2232E8B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CD8549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৩ = ২১</w:t>
                  </w:r>
                </w:p>
              </w:tc>
            </w:tr>
            <w:tr w:rsidR="0086295E" w14:paraId="5DEAB92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615D07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৪ = ২৮</w:t>
                  </w:r>
                </w:p>
              </w:tc>
            </w:tr>
            <w:tr w:rsidR="0086295E" w14:paraId="6402316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0CEAE5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৫ = ৩৫</w:t>
                  </w:r>
                </w:p>
              </w:tc>
            </w:tr>
            <w:tr w:rsidR="0086295E" w14:paraId="4A43A9F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432DAC9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৬ = ৪২</w:t>
                  </w:r>
                </w:p>
              </w:tc>
            </w:tr>
            <w:tr w:rsidR="0086295E" w14:paraId="6D8B7CF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0DD86D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৭ = ৪৯</w:t>
                  </w:r>
                </w:p>
              </w:tc>
            </w:tr>
            <w:tr w:rsidR="0086295E" w14:paraId="06FE861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B46D24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৮ = ৫৬</w:t>
                  </w:r>
                </w:p>
              </w:tc>
            </w:tr>
            <w:tr w:rsidR="0086295E" w14:paraId="4A865B2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D6B5AC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৯ = ৬৩</w:t>
                  </w:r>
                </w:p>
              </w:tc>
            </w:tr>
            <w:tr w:rsidR="0086295E" w14:paraId="3733E3D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F63154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৭ × ১০ = ৭০</w:t>
                  </w:r>
                </w:p>
              </w:tc>
            </w:tr>
          </w:tbl>
          <w:p w14:paraId="5CB7840B" w14:textId="77777777" w:rsidR="0086295E" w:rsidRDefault="0086295E"/>
        </w:tc>
        <w:tc>
          <w:tcPr>
            <w:tcW w:w="2636" w:type="dxa"/>
          </w:tcPr>
          <w:p w14:paraId="07517FE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৮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2C40164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CA4759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১ = ৮</w:t>
                  </w:r>
                </w:p>
              </w:tc>
            </w:tr>
            <w:tr w:rsidR="0086295E" w14:paraId="00566CD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1A41F6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২ = ১৬</w:t>
                  </w:r>
                </w:p>
              </w:tc>
            </w:tr>
            <w:tr w:rsidR="0086295E" w14:paraId="2F20110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E996E1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৩ = ২৪</w:t>
                  </w:r>
                </w:p>
              </w:tc>
            </w:tr>
            <w:tr w:rsidR="0086295E" w14:paraId="45FAE2A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C3986F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৪ = ৩২</w:t>
                  </w:r>
                </w:p>
              </w:tc>
            </w:tr>
            <w:tr w:rsidR="0086295E" w14:paraId="0A5876D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4D7154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৫ = ৪০</w:t>
                  </w:r>
                </w:p>
              </w:tc>
            </w:tr>
            <w:tr w:rsidR="0086295E" w14:paraId="0A3D0D6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ED3464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৬ = ৪৮</w:t>
                  </w:r>
                </w:p>
              </w:tc>
            </w:tr>
            <w:tr w:rsidR="0086295E" w14:paraId="555C700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337239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৭ = ৫৬</w:t>
                  </w:r>
                </w:p>
              </w:tc>
            </w:tr>
            <w:tr w:rsidR="0086295E" w14:paraId="327BBC4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641B9A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৮ = ৬৪</w:t>
                  </w:r>
                </w:p>
              </w:tc>
            </w:tr>
            <w:tr w:rsidR="0086295E" w14:paraId="2189C62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FF267E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৯ = ৭২</w:t>
                  </w:r>
                </w:p>
              </w:tc>
            </w:tr>
            <w:tr w:rsidR="0086295E" w14:paraId="0F3F335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D8415A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৮ × ১০ = ৮০</w:t>
                  </w:r>
                </w:p>
              </w:tc>
            </w:tr>
          </w:tbl>
          <w:p w14:paraId="06A210CA" w14:textId="77777777" w:rsidR="0086295E" w:rsidRDefault="0086295E"/>
        </w:tc>
      </w:tr>
    </w:tbl>
    <w:p w14:paraId="25D38FA8" w14:textId="77777777" w:rsidR="0086295E" w:rsidRDefault="0086295E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5915A6FC" w14:textId="77777777">
        <w:tc>
          <w:tcPr>
            <w:tcW w:w="2636" w:type="dxa"/>
          </w:tcPr>
          <w:p w14:paraId="403AE1F8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lastRenderedPageBreak/>
              <w:t>৯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2D3F6CD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DFBBAF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১ = ৯</w:t>
                  </w:r>
                </w:p>
              </w:tc>
            </w:tr>
            <w:tr w:rsidR="0086295E" w14:paraId="1BF6A80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53F644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২ = ১৮</w:t>
                  </w:r>
                </w:p>
              </w:tc>
            </w:tr>
            <w:tr w:rsidR="0086295E" w14:paraId="029A2DC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099AD4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৩ = ২৭</w:t>
                  </w:r>
                </w:p>
              </w:tc>
            </w:tr>
            <w:tr w:rsidR="0086295E" w14:paraId="19BAB82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FDA033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৪ = ৩৬</w:t>
                  </w:r>
                </w:p>
              </w:tc>
            </w:tr>
            <w:tr w:rsidR="0086295E" w14:paraId="1FE3E38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B3809F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৫ = ৪৫</w:t>
                  </w:r>
                </w:p>
              </w:tc>
            </w:tr>
            <w:tr w:rsidR="0086295E" w14:paraId="6AE197F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49BDFB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৬ = ৫৪</w:t>
                  </w:r>
                </w:p>
              </w:tc>
            </w:tr>
            <w:tr w:rsidR="0086295E" w14:paraId="02C2952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B8FB29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৭ = ৬৩</w:t>
                  </w:r>
                </w:p>
              </w:tc>
            </w:tr>
            <w:tr w:rsidR="0086295E" w14:paraId="16F41FF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DE00A3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৮ = ৭২</w:t>
                  </w:r>
                </w:p>
              </w:tc>
            </w:tr>
            <w:tr w:rsidR="0086295E" w14:paraId="6F9EA36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E7C3F8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৯ = ৮১</w:t>
                  </w:r>
                </w:p>
              </w:tc>
            </w:tr>
            <w:tr w:rsidR="0086295E" w14:paraId="7814D71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3EF22B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৯ × ১০ = ৯০</w:t>
                  </w:r>
                </w:p>
              </w:tc>
            </w:tr>
          </w:tbl>
          <w:p w14:paraId="528DA304" w14:textId="77777777" w:rsidR="0086295E" w:rsidRDefault="0086295E"/>
        </w:tc>
        <w:tc>
          <w:tcPr>
            <w:tcW w:w="2636" w:type="dxa"/>
          </w:tcPr>
          <w:p w14:paraId="1EB3B9E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১০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33C9AA0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FEEB60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১ = ১০</w:t>
                  </w:r>
                </w:p>
              </w:tc>
            </w:tr>
            <w:tr w:rsidR="0086295E" w14:paraId="54185F8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A8C515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২ = ২০</w:t>
                  </w:r>
                </w:p>
              </w:tc>
            </w:tr>
            <w:tr w:rsidR="0086295E" w14:paraId="66DB09E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61676D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৩ = ৩০</w:t>
                  </w:r>
                </w:p>
              </w:tc>
            </w:tr>
            <w:tr w:rsidR="0086295E" w14:paraId="31AC1E7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C17A1E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৪ = ৪০</w:t>
                  </w:r>
                </w:p>
              </w:tc>
            </w:tr>
            <w:tr w:rsidR="0086295E" w14:paraId="5D4952C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318E65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৫ = ৫০</w:t>
                  </w:r>
                </w:p>
              </w:tc>
            </w:tr>
            <w:tr w:rsidR="0086295E" w14:paraId="7CCE9C1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0FA48F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৬ = ৬০</w:t>
                  </w:r>
                </w:p>
              </w:tc>
            </w:tr>
            <w:tr w:rsidR="0086295E" w14:paraId="5636B4E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D475FE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৭ = ৭০</w:t>
                  </w:r>
                </w:p>
              </w:tc>
            </w:tr>
            <w:tr w:rsidR="0086295E" w14:paraId="0685271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BC7AEA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৮ = ৮০</w:t>
                  </w:r>
                </w:p>
              </w:tc>
            </w:tr>
            <w:tr w:rsidR="0086295E" w14:paraId="69CB012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D39B46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৯ = ৯০</w:t>
                  </w:r>
                </w:p>
              </w:tc>
            </w:tr>
            <w:tr w:rsidR="0086295E" w14:paraId="0A2D953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BF8FDC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১০ × ১০ = ১০০</w:t>
                  </w:r>
                </w:p>
              </w:tc>
            </w:tr>
          </w:tbl>
          <w:p w14:paraId="11C310FE" w14:textId="77777777" w:rsidR="0086295E" w:rsidRDefault="0086295E"/>
        </w:tc>
        <w:tc>
          <w:tcPr>
            <w:tcW w:w="2636" w:type="dxa"/>
          </w:tcPr>
          <w:p w14:paraId="036F8CD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১১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437640A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97B8A5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১ = ১১</w:t>
                  </w:r>
                </w:p>
              </w:tc>
            </w:tr>
            <w:tr w:rsidR="0086295E" w14:paraId="4910C88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A9C4BB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২ = ২২</w:t>
                  </w:r>
                </w:p>
              </w:tc>
            </w:tr>
            <w:tr w:rsidR="0086295E" w14:paraId="310F67C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3E8B25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৩ = ৩৩</w:t>
                  </w:r>
                </w:p>
              </w:tc>
            </w:tr>
            <w:tr w:rsidR="0086295E" w14:paraId="183E1AC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70D673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৪ = ৪৪</w:t>
                  </w:r>
                </w:p>
              </w:tc>
            </w:tr>
            <w:tr w:rsidR="0086295E" w14:paraId="1232280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195FDB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৫ = ৫৫</w:t>
                  </w:r>
                </w:p>
              </w:tc>
            </w:tr>
            <w:tr w:rsidR="0086295E" w14:paraId="1F98BA7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93634E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৬ = ৬৬</w:t>
                  </w:r>
                </w:p>
              </w:tc>
            </w:tr>
            <w:tr w:rsidR="0086295E" w14:paraId="5B9BA7F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1364FA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৭ = ৭৭</w:t>
                  </w:r>
                </w:p>
              </w:tc>
            </w:tr>
            <w:tr w:rsidR="0086295E" w14:paraId="7C09A87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D8896A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৮ = ৮৮</w:t>
                  </w:r>
                </w:p>
              </w:tc>
            </w:tr>
            <w:tr w:rsidR="0086295E" w14:paraId="0683416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991B96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৯ = ৯৯</w:t>
                  </w:r>
                </w:p>
              </w:tc>
            </w:tr>
            <w:tr w:rsidR="0086295E" w14:paraId="7AFB83F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46FAAE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১১ × ১০ = ১১০</w:t>
                  </w:r>
                </w:p>
              </w:tc>
            </w:tr>
          </w:tbl>
          <w:p w14:paraId="1E0312F8" w14:textId="77777777" w:rsidR="0086295E" w:rsidRDefault="0086295E"/>
        </w:tc>
        <w:tc>
          <w:tcPr>
            <w:tcW w:w="2636" w:type="dxa"/>
          </w:tcPr>
          <w:p w14:paraId="76FB8563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১২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6E1648F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A392A3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১ = ১২</w:t>
                  </w:r>
                </w:p>
              </w:tc>
            </w:tr>
            <w:tr w:rsidR="0086295E" w14:paraId="238E6FE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7FB022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২ = ২৪</w:t>
                  </w:r>
                </w:p>
              </w:tc>
            </w:tr>
            <w:tr w:rsidR="0086295E" w14:paraId="6C3056C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A67D3A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৩ = ৩৬</w:t>
                  </w:r>
                </w:p>
              </w:tc>
            </w:tr>
            <w:tr w:rsidR="0086295E" w14:paraId="7EFB098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57D323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৪ = ৪৮</w:t>
                  </w:r>
                </w:p>
              </w:tc>
            </w:tr>
            <w:tr w:rsidR="0086295E" w14:paraId="11BE3CA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FA901F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৫ = ৬০</w:t>
                  </w:r>
                </w:p>
              </w:tc>
            </w:tr>
            <w:tr w:rsidR="0086295E" w14:paraId="0FDEC2D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4A28876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৬ = ৭২</w:t>
                  </w:r>
                </w:p>
              </w:tc>
            </w:tr>
            <w:tr w:rsidR="0086295E" w14:paraId="38BF90E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FE4D4A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৭ = ৮৪</w:t>
                  </w:r>
                </w:p>
              </w:tc>
            </w:tr>
            <w:tr w:rsidR="0086295E" w14:paraId="084DB75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827575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৮ = ৯৬</w:t>
                  </w:r>
                </w:p>
              </w:tc>
            </w:tr>
            <w:tr w:rsidR="0086295E" w14:paraId="570CF6E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88024B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৯ = ১০৮</w:t>
                  </w:r>
                </w:p>
              </w:tc>
            </w:tr>
            <w:tr w:rsidR="0086295E" w14:paraId="692E1C5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768591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১২ × ১০ = ১২০</w:t>
                  </w:r>
                </w:p>
              </w:tc>
            </w:tr>
          </w:tbl>
          <w:p w14:paraId="29025222" w14:textId="77777777" w:rsidR="0086295E" w:rsidRDefault="0086295E"/>
        </w:tc>
      </w:tr>
    </w:tbl>
    <w:p w14:paraId="2EB3FA13" w14:textId="77777777" w:rsidR="0086295E" w:rsidRDefault="0086295E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78C8E37D" w14:textId="77777777">
        <w:tc>
          <w:tcPr>
            <w:tcW w:w="2636" w:type="dxa"/>
          </w:tcPr>
          <w:p w14:paraId="498D6D4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১৩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7C9C944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1A6872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১ = ১৩</w:t>
                  </w:r>
                </w:p>
              </w:tc>
            </w:tr>
            <w:tr w:rsidR="0086295E" w14:paraId="495ECD6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DF133D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২ = ২৬</w:t>
                  </w:r>
                </w:p>
              </w:tc>
            </w:tr>
            <w:tr w:rsidR="0086295E" w14:paraId="271CD85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4FA730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৩ = ৩৯</w:t>
                  </w:r>
                </w:p>
              </w:tc>
            </w:tr>
            <w:tr w:rsidR="0086295E" w14:paraId="7D25709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8A4964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৪ = ৫২</w:t>
                  </w:r>
                </w:p>
              </w:tc>
            </w:tr>
            <w:tr w:rsidR="0086295E" w14:paraId="0CCC042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05C378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৫ = ৬৫</w:t>
                  </w:r>
                </w:p>
              </w:tc>
            </w:tr>
            <w:tr w:rsidR="0086295E" w14:paraId="584852E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9C7FD2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৬ = ৭৮</w:t>
                  </w:r>
                </w:p>
              </w:tc>
            </w:tr>
            <w:tr w:rsidR="0086295E" w14:paraId="4AF6CB2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9A0700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৭ = ৯১</w:t>
                  </w:r>
                </w:p>
              </w:tc>
            </w:tr>
            <w:tr w:rsidR="0086295E" w14:paraId="1D382CD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8DBA43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৮ = ১০৪</w:t>
                  </w:r>
                </w:p>
              </w:tc>
            </w:tr>
            <w:tr w:rsidR="0086295E" w14:paraId="71B9A65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F1D4A5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৯ = ১১৭</w:t>
                  </w:r>
                </w:p>
              </w:tc>
            </w:tr>
            <w:tr w:rsidR="0086295E" w14:paraId="0D5E14D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A2F8DC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১৩ × ১০ = ১৩০</w:t>
                  </w:r>
                </w:p>
              </w:tc>
            </w:tr>
          </w:tbl>
          <w:p w14:paraId="6D52029F" w14:textId="77777777" w:rsidR="0086295E" w:rsidRDefault="0086295E"/>
        </w:tc>
        <w:tc>
          <w:tcPr>
            <w:tcW w:w="2636" w:type="dxa"/>
          </w:tcPr>
          <w:p w14:paraId="7E3B8665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১৪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26ED57AB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C9FBB9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১ = ১৪</w:t>
                  </w:r>
                </w:p>
              </w:tc>
            </w:tr>
            <w:tr w:rsidR="0086295E" w14:paraId="5EDBA86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A49089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২ = ২৮</w:t>
                  </w:r>
                </w:p>
              </w:tc>
            </w:tr>
            <w:tr w:rsidR="0086295E" w14:paraId="009002D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BD7602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৩ = ৪২</w:t>
                  </w:r>
                </w:p>
              </w:tc>
            </w:tr>
            <w:tr w:rsidR="0086295E" w14:paraId="4D00356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FC8FF8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৪ = ৫৬</w:t>
                  </w:r>
                </w:p>
              </w:tc>
            </w:tr>
            <w:tr w:rsidR="0086295E" w14:paraId="396BDA5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C0CFDA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৫ = ৭০</w:t>
                  </w:r>
                </w:p>
              </w:tc>
            </w:tr>
            <w:tr w:rsidR="0086295E" w14:paraId="4D1BCF5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9A514C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৬ = ৮৪</w:t>
                  </w:r>
                </w:p>
              </w:tc>
            </w:tr>
            <w:tr w:rsidR="0086295E" w14:paraId="540A299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EEE38E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৭ = ৯৮</w:t>
                  </w:r>
                </w:p>
              </w:tc>
            </w:tr>
            <w:tr w:rsidR="0086295E" w14:paraId="5772D91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4EA9C1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৮ = ১১২</w:t>
                  </w:r>
                </w:p>
              </w:tc>
            </w:tr>
            <w:tr w:rsidR="0086295E" w14:paraId="437EAD8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BFF7D8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৯ = ১২৬</w:t>
                  </w:r>
                </w:p>
              </w:tc>
            </w:tr>
            <w:tr w:rsidR="0086295E" w14:paraId="5795AB2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DD3209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১৪ × ১০ = ১৪০</w:t>
                  </w:r>
                </w:p>
              </w:tc>
            </w:tr>
          </w:tbl>
          <w:p w14:paraId="23D2D10E" w14:textId="77777777" w:rsidR="0086295E" w:rsidRDefault="0086295E"/>
        </w:tc>
        <w:tc>
          <w:tcPr>
            <w:tcW w:w="2636" w:type="dxa"/>
          </w:tcPr>
          <w:p w14:paraId="69AAC52C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১৫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5EF1ABF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75B26F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১ = ১৫</w:t>
                  </w:r>
                </w:p>
              </w:tc>
            </w:tr>
            <w:tr w:rsidR="0086295E" w14:paraId="12C1237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85FEAD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২ = ৩০</w:t>
                  </w:r>
                </w:p>
              </w:tc>
            </w:tr>
            <w:tr w:rsidR="0086295E" w14:paraId="61AA3EF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67A01F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৩ = ৪৫</w:t>
                  </w:r>
                </w:p>
              </w:tc>
            </w:tr>
            <w:tr w:rsidR="0086295E" w14:paraId="28E2BB0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B3F5D1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৪ = ৬০</w:t>
                  </w:r>
                </w:p>
              </w:tc>
            </w:tr>
            <w:tr w:rsidR="0086295E" w14:paraId="2C3080A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D2EEC6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৫ = ৭৫</w:t>
                  </w:r>
                </w:p>
              </w:tc>
            </w:tr>
            <w:tr w:rsidR="0086295E" w14:paraId="28ABA99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BC4D1A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৬ = ৯০</w:t>
                  </w:r>
                </w:p>
              </w:tc>
            </w:tr>
            <w:tr w:rsidR="0086295E" w14:paraId="23AFC05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C96E3D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৭ = ১০৫</w:t>
                  </w:r>
                </w:p>
              </w:tc>
            </w:tr>
            <w:tr w:rsidR="0086295E" w14:paraId="2E936A1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871BE0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৮ = ১২০</w:t>
                  </w:r>
                </w:p>
              </w:tc>
            </w:tr>
            <w:tr w:rsidR="0086295E" w14:paraId="4C4A2FF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8597E2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৯ = ১৩৫</w:t>
                  </w:r>
                </w:p>
              </w:tc>
            </w:tr>
            <w:tr w:rsidR="0086295E" w14:paraId="11DCBA0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51E98E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১৫ × ১০ = ১৫০</w:t>
                  </w:r>
                </w:p>
              </w:tc>
            </w:tr>
          </w:tbl>
          <w:p w14:paraId="5BD9456E" w14:textId="77777777" w:rsidR="0086295E" w:rsidRDefault="0086295E"/>
        </w:tc>
        <w:tc>
          <w:tcPr>
            <w:tcW w:w="2636" w:type="dxa"/>
          </w:tcPr>
          <w:p w14:paraId="39497137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১৬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158A1BA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189262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১ = ১৬</w:t>
                  </w:r>
                </w:p>
              </w:tc>
            </w:tr>
            <w:tr w:rsidR="0086295E" w14:paraId="7F12A75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E52F1C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২ = ৩২</w:t>
                  </w:r>
                </w:p>
              </w:tc>
            </w:tr>
            <w:tr w:rsidR="0086295E" w14:paraId="004FB78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9AB00F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৩ = ৪৮</w:t>
                  </w:r>
                </w:p>
              </w:tc>
            </w:tr>
            <w:tr w:rsidR="0086295E" w14:paraId="2386338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D41773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৪ = ৬৪</w:t>
                  </w:r>
                </w:p>
              </w:tc>
            </w:tr>
            <w:tr w:rsidR="0086295E" w14:paraId="7F81482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E74522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৫ = ৮০</w:t>
                  </w:r>
                </w:p>
              </w:tc>
            </w:tr>
            <w:tr w:rsidR="0086295E" w14:paraId="7924C79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DB9BA1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৬ = ৯৬</w:t>
                  </w:r>
                </w:p>
              </w:tc>
            </w:tr>
            <w:tr w:rsidR="0086295E" w14:paraId="560F012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308DCE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৭ = ১১২</w:t>
                  </w:r>
                </w:p>
              </w:tc>
            </w:tr>
            <w:tr w:rsidR="0086295E" w14:paraId="1A55C21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8AC055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৮ = ১২৮</w:t>
                  </w:r>
                </w:p>
              </w:tc>
            </w:tr>
            <w:tr w:rsidR="0086295E" w14:paraId="0A74AC7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703738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৯ = ১৪৪</w:t>
                  </w:r>
                </w:p>
              </w:tc>
            </w:tr>
            <w:tr w:rsidR="0086295E" w14:paraId="497F9AE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909D6B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১৬ × ১০ = ১৬০</w:t>
                  </w:r>
                </w:p>
              </w:tc>
            </w:tr>
          </w:tbl>
          <w:p w14:paraId="3F674B84" w14:textId="77777777" w:rsidR="0086295E" w:rsidRDefault="0086295E"/>
        </w:tc>
      </w:tr>
    </w:tbl>
    <w:p w14:paraId="4DCC18C3" w14:textId="77777777" w:rsidR="0086295E" w:rsidRDefault="0086295E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636"/>
        <w:gridCol w:w="2636"/>
        <w:gridCol w:w="2636"/>
        <w:gridCol w:w="2636"/>
      </w:tblGrid>
      <w:tr w:rsidR="0086295E" w14:paraId="7FEEE740" w14:textId="77777777">
        <w:tc>
          <w:tcPr>
            <w:tcW w:w="2636" w:type="dxa"/>
          </w:tcPr>
          <w:p w14:paraId="29DECF7A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t>১৭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60D09E7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3CA3E9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১ = ১৭</w:t>
                  </w:r>
                </w:p>
              </w:tc>
            </w:tr>
            <w:tr w:rsidR="0086295E" w14:paraId="17B9A05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E5D2DF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২ = ৩৪</w:t>
                  </w:r>
                </w:p>
              </w:tc>
            </w:tr>
            <w:tr w:rsidR="0086295E" w14:paraId="00D83D2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74A1A1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৩ = ৫১</w:t>
                  </w:r>
                </w:p>
              </w:tc>
            </w:tr>
            <w:tr w:rsidR="0086295E" w14:paraId="5DE27EE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2ADBAC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৪ = ৬৮</w:t>
                  </w:r>
                </w:p>
              </w:tc>
            </w:tr>
            <w:tr w:rsidR="0086295E" w14:paraId="0B46FBC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52BC59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lastRenderedPageBreak/>
                    <w:t>১৭ × ৫ = ৮৫</w:t>
                  </w:r>
                </w:p>
              </w:tc>
            </w:tr>
            <w:tr w:rsidR="0086295E" w14:paraId="59AB106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D35F2A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৬ = ১০২</w:t>
                  </w:r>
                </w:p>
              </w:tc>
            </w:tr>
            <w:tr w:rsidR="0086295E" w14:paraId="5C0D72EE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2A1963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৭ = ১১৯</w:t>
                  </w:r>
                </w:p>
              </w:tc>
            </w:tr>
            <w:tr w:rsidR="0086295E" w14:paraId="75AEDC1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AFF0D5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৮ = ১৩৬</w:t>
                  </w:r>
                </w:p>
              </w:tc>
            </w:tr>
            <w:tr w:rsidR="0086295E" w14:paraId="1234BF2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03EBF1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৯ = ১৫৩</w:t>
                  </w:r>
                </w:p>
              </w:tc>
            </w:tr>
            <w:tr w:rsidR="0086295E" w14:paraId="4B5BBB7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C95013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১৭ × ১০ = ১৭০</w:t>
                  </w:r>
                </w:p>
              </w:tc>
            </w:tr>
          </w:tbl>
          <w:p w14:paraId="1932EDEA" w14:textId="77777777" w:rsidR="0086295E" w:rsidRDefault="0086295E"/>
        </w:tc>
        <w:tc>
          <w:tcPr>
            <w:tcW w:w="2636" w:type="dxa"/>
          </w:tcPr>
          <w:p w14:paraId="51DDFA4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lastRenderedPageBreak/>
              <w:t>১৮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7EAED53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BD67E0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১ = ১৮</w:t>
                  </w:r>
                </w:p>
              </w:tc>
            </w:tr>
            <w:tr w:rsidR="0086295E" w14:paraId="395612A1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437BCE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২ = ৩৬</w:t>
                  </w:r>
                </w:p>
              </w:tc>
            </w:tr>
            <w:tr w:rsidR="0086295E" w14:paraId="6EFEA4AA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36156CE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৩ = ৫৪</w:t>
                  </w:r>
                </w:p>
              </w:tc>
            </w:tr>
            <w:tr w:rsidR="0086295E" w14:paraId="2CE861C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39FFFF0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৪ = ৭২</w:t>
                  </w:r>
                </w:p>
              </w:tc>
            </w:tr>
            <w:tr w:rsidR="0086295E" w14:paraId="7C85590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69FBD0C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lastRenderedPageBreak/>
                    <w:t>১৮ × ৫ = ৯০</w:t>
                  </w:r>
                </w:p>
              </w:tc>
            </w:tr>
            <w:tr w:rsidR="0086295E" w14:paraId="455F875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2B6441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৬ = ১০৮</w:t>
                  </w:r>
                </w:p>
              </w:tc>
            </w:tr>
            <w:tr w:rsidR="0086295E" w14:paraId="2810D0E4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CD8E68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৭ = ১২৬</w:t>
                  </w:r>
                </w:p>
              </w:tc>
            </w:tr>
            <w:tr w:rsidR="0086295E" w14:paraId="00A8231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82A7A7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৮ = ১৪৪</w:t>
                  </w:r>
                </w:p>
              </w:tc>
            </w:tr>
            <w:tr w:rsidR="0086295E" w14:paraId="6DC313F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D55C067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৯ = ১৬২</w:t>
                  </w:r>
                </w:p>
              </w:tc>
            </w:tr>
            <w:tr w:rsidR="0086295E" w14:paraId="4F177E6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6FE2139E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১৮ × ১০ = ১৮০</w:t>
                  </w:r>
                </w:p>
              </w:tc>
            </w:tr>
          </w:tbl>
          <w:p w14:paraId="5359CFF9" w14:textId="77777777" w:rsidR="0086295E" w:rsidRDefault="0086295E"/>
        </w:tc>
        <w:tc>
          <w:tcPr>
            <w:tcW w:w="2636" w:type="dxa"/>
          </w:tcPr>
          <w:p w14:paraId="378C5C06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lastRenderedPageBreak/>
              <w:t>১৯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58F1E16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1EB3207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১ = ১৯</w:t>
                  </w:r>
                </w:p>
              </w:tc>
            </w:tr>
            <w:tr w:rsidR="0086295E" w14:paraId="7247C07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2611AA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২ = ৩৮</w:t>
                  </w:r>
                </w:p>
              </w:tc>
            </w:tr>
            <w:tr w:rsidR="0086295E" w14:paraId="0071221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5AFB2F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৩ = ৫৭</w:t>
                  </w:r>
                </w:p>
              </w:tc>
            </w:tr>
            <w:tr w:rsidR="0086295E" w14:paraId="3F90B88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F36ACD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৪ = ৭৬</w:t>
                  </w:r>
                </w:p>
              </w:tc>
            </w:tr>
            <w:tr w:rsidR="0086295E" w14:paraId="08D5DD6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E04CA69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lastRenderedPageBreak/>
                    <w:t>১৯ × ৫ = ৯৫</w:t>
                  </w:r>
                </w:p>
              </w:tc>
            </w:tr>
            <w:tr w:rsidR="0086295E" w14:paraId="4348768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0F9ADE22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৬ = ১১৪</w:t>
                  </w:r>
                </w:p>
              </w:tc>
            </w:tr>
            <w:tr w:rsidR="0086295E" w14:paraId="5A3F7F70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4DF8BB8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৭ = ১৩৩</w:t>
                  </w:r>
                </w:p>
              </w:tc>
            </w:tr>
            <w:tr w:rsidR="0086295E" w14:paraId="5A5A8905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5108D184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৮ = ১৫২</w:t>
                  </w:r>
                </w:p>
              </w:tc>
            </w:tr>
            <w:tr w:rsidR="0086295E" w14:paraId="77A1AFAD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E477D60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৯ = ১৭১</w:t>
                  </w:r>
                </w:p>
              </w:tc>
            </w:tr>
            <w:tr w:rsidR="0086295E" w14:paraId="1C35C81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0DD7DF5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১৯ × ১০ = ১৯০</w:t>
                  </w:r>
                </w:p>
              </w:tc>
            </w:tr>
          </w:tbl>
          <w:p w14:paraId="5649FB03" w14:textId="77777777" w:rsidR="0086295E" w:rsidRDefault="0086295E"/>
        </w:tc>
        <w:tc>
          <w:tcPr>
            <w:tcW w:w="2636" w:type="dxa"/>
          </w:tcPr>
          <w:p w14:paraId="6F2F8811" w14:textId="77777777" w:rsidR="0086295E" w:rsidRDefault="00000000">
            <w:pPr>
              <w:jc w:val="center"/>
            </w:pPr>
            <w:r>
              <w:rPr>
                <w:rFonts w:eastAsia="Nirmala UI" w:cs="Nirmala UI"/>
                <w:b/>
                <w:color w:val="D65000"/>
                <w:sz w:val="24"/>
                <w:szCs w:val="24"/>
              </w:rPr>
              <w:lastRenderedPageBreak/>
              <w:t>২০ এর নামতা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636"/>
            </w:tblGrid>
            <w:tr w:rsidR="0086295E" w14:paraId="15BC930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0D83D62F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১ = ২০</w:t>
                  </w:r>
                </w:p>
              </w:tc>
            </w:tr>
            <w:tr w:rsidR="0086295E" w14:paraId="777D87C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7E615818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২ = ৪০</w:t>
                  </w:r>
                </w:p>
              </w:tc>
            </w:tr>
            <w:tr w:rsidR="0086295E" w14:paraId="09F1FB76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5CECF43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৩ = ৬০</w:t>
                  </w:r>
                </w:p>
              </w:tc>
            </w:tr>
            <w:tr w:rsidR="0086295E" w14:paraId="2F92AA72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348813C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৪ = ৮০</w:t>
                  </w:r>
                </w:p>
              </w:tc>
            </w:tr>
            <w:tr w:rsidR="0086295E" w14:paraId="5E9576B9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28A1B47A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lastRenderedPageBreak/>
                    <w:t>২০ × ৫ = ১০০</w:t>
                  </w:r>
                </w:p>
              </w:tc>
            </w:tr>
            <w:tr w:rsidR="0086295E" w14:paraId="2634F297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26F87F3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৬ = ১২০</w:t>
                  </w:r>
                </w:p>
              </w:tc>
            </w:tr>
            <w:tr w:rsidR="0086295E" w14:paraId="5D940728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584B58A1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৭ = ১৪০</w:t>
                  </w:r>
                </w:p>
              </w:tc>
            </w:tr>
            <w:tr w:rsidR="0086295E" w14:paraId="3A08D26F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12E36E3D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৮ = ১৬০</w:t>
                  </w:r>
                </w:p>
              </w:tc>
            </w:tr>
            <w:tr w:rsidR="0086295E" w14:paraId="13C6D1DC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shd w:val="clear" w:color="auto" w:fill="FFF8E1"/>
                  <w:vAlign w:val="center"/>
                </w:tcPr>
                <w:p w14:paraId="7F7DAF9B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৯ = ১৮০</w:t>
                  </w:r>
                </w:p>
              </w:tc>
            </w:tr>
            <w:tr w:rsidR="0086295E" w14:paraId="02597D43" w14:textId="77777777">
              <w:tc>
                <w:tcPr>
                  <w:tcW w:w="2636" w:type="dxa"/>
                  <w:tcBorders>
                    <w:top w:val="single" w:sz="4" w:space="0" w:color="FB8C00"/>
                    <w:left w:val="single" w:sz="4" w:space="0" w:color="FB8C00"/>
                    <w:bottom w:val="single" w:sz="4" w:space="0" w:color="FB8C00"/>
                    <w:right w:val="single" w:sz="4" w:space="0" w:color="FB8C00"/>
                  </w:tcBorders>
                  <w:vAlign w:val="center"/>
                </w:tcPr>
                <w:p w14:paraId="4D6DA4D6" w14:textId="77777777" w:rsidR="0086295E" w:rsidRDefault="00000000">
                  <w:pPr>
                    <w:jc w:val="center"/>
                  </w:pPr>
                  <w:r>
                    <w:rPr>
                      <w:rFonts w:eastAsia="Nirmala UI" w:cs="Nirmala UI"/>
                      <w:color w:val="3E2723"/>
                      <w:sz w:val="20"/>
                      <w:szCs w:val="20"/>
                    </w:rPr>
                    <w:t>২০ × ১০ = ২০০</w:t>
                  </w:r>
                </w:p>
              </w:tc>
            </w:tr>
          </w:tbl>
          <w:p w14:paraId="3E272CCF" w14:textId="77777777" w:rsidR="0086295E" w:rsidRDefault="0086295E"/>
        </w:tc>
      </w:tr>
    </w:tbl>
    <w:p w14:paraId="0B2A823B" w14:textId="77777777" w:rsidR="0086295E" w:rsidRDefault="0086295E"/>
    <w:p w14:paraId="78D2CE33" w14:textId="77777777" w:rsidR="0086295E" w:rsidRDefault="00000000">
      <w:r>
        <w:br w:type="page"/>
      </w:r>
    </w:p>
    <w:p w14:paraId="4A3D6048" w14:textId="77777777" w:rsidR="0086295E" w:rsidRDefault="0086295E">
      <w:pPr>
        <w:spacing w:after="160"/>
      </w:pPr>
    </w:p>
    <w:p w14:paraId="2FA37769" w14:textId="77777777" w:rsidR="0086295E" w:rsidRDefault="00000000">
      <w:pPr>
        <w:jc w:val="center"/>
      </w:pPr>
      <w:r>
        <w:rPr>
          <w:rFonts w:eastAsia="Nirmala UI" w:cs="Nirmala UI"/>
          <w:b/>
          <w:color w:val="D65000"/>
          <w:sz w:val="60"/>
          <w:szCs w:val="60"/>
        </w:rPr>
        <w:t>সাধারণ জ্ঞান</w:t>
      </w:r>
    </w:p>
    <w:p w14:paraId="2D28B509" w14:textId="77777777" w:rsidR="0086295E" w:rsidRDefault="00000000">
      <w:pPr>
        <w:jc w:val="center"/>
      </w:pPr>
      <w:r>
        <w:rPr>
          <w:rFonts w:eastAsia="Nirmala UI" w:cs="Nirmala UI"/>
          <w:i/>
          <w:color w:val="78909C"/>
          <w:sz w:val="26"/>
          <w:szCs w:val="26"/>
        </w:rPr>
        <w:t>General Knowledge — National Symbols of Bangladesh</w:t>
      </w:r>
    </w:p>
    <w:p w14:paraId="0DB5F576" w14:textId="77777777" w:rsidR="0086295E" w:rsidRDefault="0086295E">
      <w:pPr>
        <w:spacing w:after="160"/>
      </w:pPr>
    </w:p>
    <w:tbl>
      <w:tblPr>
        <w:tblW w:w="10908" w:type="dxa"/>
        <w:tblLayout w:type="fixed"/>
        <w:tblLook w:val="04A0" w:firstRow="1" w:lastRow="0" w:firstColumn="1" w:lastColumn="0" w:noHBand="0" w:noVBand="1"/>
      </w:tblPr>
      <w:tblGrid>
        <w:gridCol w:w="3438"/>
        <w:gridCol w:w="3592"/>
        <w:gridCol w:w="8"/>
        <w:gridCol w:w="3870"/>
      </w:tblGrid>
      <w:tr w:rsidR="00733682" w14:paraId="61E08DCD" w14:textId="77777777" w:rsidTr="00E01D98">
        <w:trPr>
          <w:trHeight w:val="2846"/>
        </w:trPr>
        <w:tc>
          <w:tcPr>
            <w:tcW w:w="3438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34ECEE94" w14:textId="77777777" w:rsidR="00733682" w:rsidRDefault="00733682" w:rsidP="000E54A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0BB27" wp14:editId="780782D8">
                  <wp:extent cx="1390650" cy="1590489"/>
                  <wp:effectExtent l="0" t="0" r="0" b="0"/>
                  <wp:docPr id="111" name="Picture 111" descr="বাংলাদেশের মানচিত্র (Bangladesh Map) | কিশোর ভাবন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বাংলাদেশের মানচিত্র (Bangladesh Map) | কিশোর ভাবন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013" cy="159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gridSpan w:val="2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0089748B" w14:textId="77777777" w:rsidR="00733682" w:rsidRDefault="00733682" w:rsidP="000E54A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1D5D36" wp14:editId="1E8DA6FA">
                  <wp:extent cx="1737360" cy="130302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_flag.png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0" cy="130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3448A4A1" w14:textId="77777777" w:rsidR="00733682" w:rsidRDefault="00733682" w:rsidP="000E54A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4B8DCD" wp14:editId="5C8BC82A">
                  <wp:extent cx="1951355" cy="1098550"/>
                  <wp:effectExtent l="0" t="0" r="0" b="635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682" w14:paraId="18CFC764" w14:textId="77777777" w:rsidTr="00733682">
        <w:tc>
          <w:tcPr>
            <w:tcW w:w="3438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7EACEA97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বাংলাদেশের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মানচিত্র</w:t>
            </w:r>
            <w:proofErr w:type="spellEnd"/>
          </w:p>
          <w:p w14:paraId="4AB0A7C7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Map of Bangladesh</w:t>
            </w:r>
          </w:p>
        </w:tc>
        <w:tc>
          <w:tcPr>
            <w:tcW w:w="3600" w:type="dxa"/>
            <w:gridSpan w:val="2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7621601F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পতাকা</w:t>
            </w:r>
            <w:proofErr w:type="spellEnd"/>
          </w:p>
          <w:p w14:paraId="79717580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Flag</w:t>
            </w:r>
          </w:p>
        </w:tc>
        <w:tc>
          <w:tcPr>
            <w:tcW w:w="3870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10B5B39A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সংসদ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ভবন</w:t>
            </w:r>
            <w:proofErr w:type="spellEnd"/>
          </w:p>
          <w:p w14:paraId="25B7D76A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Parliament</w:t>
            </w:r>
          </w:p>
        </w:tc>
      </w:tr>
      <w:tr w:rsidR="00733682" w14:paraId="6D74BBD6" w14:textId="77777777" w:rsidTr="00733682">
        <w:trPr>
          <w:trHeight w:val="2612"/>
        </w:trPr>
        <w:tc>
          <w:tcPr>
            <w:tcW w:w="3438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7620FE8C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798AD32A" wp14:editId="5DD3DF47">
                  <wp:extent cx="1951355" cy="1219835"/>
                  <wp:effectExtent l="0" t="0" r="0" b="0"/>
                  <wp:docPr id="113" name="Picture 113" descr="Roar বাংলা - শহীদ মিনারের ইতিকথ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oar বাংলা - শহীদ মিনারের ইতিকথ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21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gridSpan w:val="2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6AD23C0A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24298BB9" wp14:editId="68E20562">
                  <wp:extent cx="1951355" cy="1097280"/>
                  <wp:effectExtent l="0" t="0" r="0" b="762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3C5D4704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</w:p>
          <w:p w14:paraId="2AAEA9AB" w14:textId="1342B38C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00EEBC75" wp14:editId="61C089A0">
                  <wp:extent cx="2320290" cy="1303020"/>
                  <wp:effectExtent l="0" t="0" r="3810" b="0"/>
                  <wp:docPr id="108" name="Picture 108" descr="বিশ্বশান্তি ছিল বঙ্গবন্ধু শেখ মুজিবুর রহমানের জীবনের মূলনীতি | শিরোনাম |  বাংলাদেশ সংবাদ সংস্থা (বাসস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বিশ্বশান্তি ছিল বঙ্গবন্ধু শেখ মুজিবুর রহমানের জীবনের মূলনীতি | শিরোনাম |  বাংলাদেশ সংবাদ সংস্থা (বাসস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63D27" w14:textId="7D7584CF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</w:p>
        </w:tc>
      </w:tr>
      <w:tr w:rsidR="00733682" w14:paraId="51E1C0AB" w14:textId="77777777" w:rsidTr="00733682">
        <w:tc>
          <w:tcPr>
            <w:tcW w:w="3438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3256E333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শহীদ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মিনার</w:t>
            </w:r>
            <w:proofErr w:type="spellEnd"/>
          </w:p>
          <w:p w14:paraId="4A56E914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 xml:space="preserve">National Shaheed </w:t>
            </w:r>
            <w:proofErr w:type="spellStart"/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Minar</w:t>
            </w:r>
            <w:proofErr w:type="spellEnd"/>
          </w:p>
        </w:tc>
        <w:tc>
          <w:tcPr>
            <w:tcW w:w="3600" w:type="dxa"/>
            <w:gridSpan w:val="2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03387E09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স্মৃতিসৌধ</w:t>
            </w:r>
            <w:proofErr w:type="spellEnd"/>
          </w:p>
          <w:p w14:paraId="2947C39D" w14:textId="77777777" w:rsidR="00733682" w:rsidRPr="00E01D98" w:rsidRDefault="00733682" w:rsidP="000E54AB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Martyrs' Memorial</w:t>
            </w:r>
          </w:p>
        </w:tc>
        <w:tc>
          <w:tcPr>
            <w:tcW w:w="3870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0FB5C503" w14:textId="33B2ADFD" w:rsidR="00733682" w:rsidRPr="00E01D98" w:rsidRDefault="00733682" w:rsidP="000E54AB">
            <w:pPr>
              <w:jc w:val="center"/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</w:pPr>
            <w:proofErr w:type="spellStart"/>
            <w:r w:rsidRPr="00E01D98">
              <w:rPr>
                <w:rFonts w:eastAsia="Nirmala UI" w:cs="Nirmala UI" w:hint="cs"/>
                <w:b/>
                <w:color w:val="000000" w:themeColor="text1"/>
              </w:rPr>
              <w:t>বাঙালি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 w:hint="cs"/>
                <w:b/>
                <w:color w:val="000000" w:themeColor="text1"/>
              </w:rPr>
              <w:t>জাতির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 w:hint="cs"/>
                <w:b/>
                <w:color w:val="000000" w:themeColor="text1"/>
              </w:rPr>
              <w:t>পিতা</w:t>
            </w:r>
            <w:proofErr w:type="spellEnd"/>
            <w:r w:rsid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r w:rsidR="00E01D98" w:rsidRPr="00E01D98">
              <w:rPr>
                <w:rFonts w:eastAsia="Nirmala UI" w:cs="Nirmala UI"/>
                <w:b/>
                <w:color w:val="000000" w:themeColor="text1"/>
              </w:rPr>
              <w:t>—</w:t>
            </w:r>
            <w:r w:rsid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 w:hint="cs"/>
                <w:b/>
                <w:color w:val="000000" w:themeColor="text1"/>
              </w:rPr>
              <w:t>বঙ্গবন্ধু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শেখ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মুজিবুর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রহমান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 xml:space="preserve"> </w:t>
            </w:r>
          </w:p>
          <w:p w14:paraId="39C190EE" w14:textId="29A60F4D" w:rsidR="00733682" w:rsidRPr="00E01D98" w:rsidRDefault="00733682" w:rsidP="000E54AB">
            <w:pPr>
              <w:jc w:val="center"/>
              <w:rPr>
                <w:i/>
                <w:color w:val="000000" w:themeColor="text1"/>
                <w:sz w:val="16"/>
                <w:szCs w:val="16"/>
              </w:rPr>
            </w:pPr>
            <w:r w:rsidRPr="00E01D98">
              <w:rPr>
                <w:i/>
                <w:color w:val="000000" w:themeColor="text1"/>
                <w:sz w:val="16"/>
                <w:szCs w:val="16"/>
              </w:rPr>
              <w:t>Father of the Nation</w:t>
            </w:r>
            <w:r w:rsidRPr="00E01D98">
              <w:rPr>
                <w:i/>
                <w:color w:val="000000" w:themeColor="text1"/>
                <w:sz w:val="16"/>
                <w:szCs w:val="16"/>
              </w:rPr>
              <w:t xml:space="preserve"> – </w:t>
            </w:r>
            <w:r w:rsidRPr="00E01D98">
              <w:rPr>
                <w:i/>
                <w:color w:val="000000" w:themeColor="text1"/>
                <w:sz w:val="16"/>
                <w:szCs w:val="16"/>
              </w:rPr>
              <w:t>Bangabandhu</w:t>
            </w:r>
            <w:r w:rsidRPr="00E01D98">
              <w:rPr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E01D98">
              <w:rPr>
                <w:i/>
                <w:color w:val="000000" w:themeColor="text1"/>
                <w:sz w:val="16"/>
                <w:szCs w:val="16"/>
              </w:rPr>
              <w:t>Sheikh Mujibur Rahman</w:t>
            </w:r>
          </w:p>
        </w:tc>
      </w:tr>
      <w:tr w:rsidR="00733682" w14:paraId="75A131E2" w14:textId="77777777" w:rsidTr="00733682">
        <w:tc>
          <w:tcPr>
            <w:tcW w:w="3438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5CA94187" w14:textId="7979E24F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53EBED14" wp14:editId="499D6EBF">
                  <wp:extent cx="1551305" cy="1163605"/>
                  <wp:effectExtent l="0" t="0" r="0" b="0"/>
                  <wp:docPr id="116" name="Picture 116" descr="শাপলা - উইকিপিডিয়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শাপলা - উইকিপিডিয়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973" cy="1180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gridSpan w:val="2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6443B6FA" w14:textId="324124D2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082E6DC6" wp14:editId="78360477">
                  <wp:extent cx="1951355" cy="1099185"/>
                  <wp:effectExtent l="0" t="0" r="0" b="5715"/>
                  <wp:docPr id="117" name="Picture 117" descr="কাঁঠাল কেন আমাদের জাতীয় ফল | প্রথম আল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কাঁঠাল কেন আমাদের জাতীয় ফল | প্রথম আল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14CF73FB" w14:textId="4B564AA2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4879F700" wp14:editId="0A05A627">
                  <wp:extent cx="1951355" cy="1292225"/>
                  <wp:effectExtent l="0" t="0" r="0" b="3175"/>
                  <wp:docPr id="118" name="Picture 118" descr="শিক্ষক বাতায়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শিক্ষক বাতায়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29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682" w14:paraId="29A91A3F" w14:textId="77777777" w:rsidTr="00733682">
        <w:tc>
          <w:tcPr>
            <w:tcW w:w="3438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15C3CFE8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ফুল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শাপলা</w:t>
            </w:r>
            <w:proofErr w:type="spellEnd"/>
          </w:p>
          <w:p w14:paraId="5823AB4C" w14:textId="140BB16E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Flower – Water Lily</w:t>
            </w:r>
          </w:p>
        </w:tc>
        <w:tc>
          <w:tcPr>
            <w:tcW w:w="3600" w:type="dxa"/>
            <w:gridSpan w:val="2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49F5385C" w14:textId="77777777" w:rsidR="00E01D98" w:rsidRDefault="00E01D98" w:rsidP="00733682">
            <w:pPr>
              <w:jc w:val="center"/>
              <w:rPr>
                <w:rFonts w:eastAsia="Nirmala UI" w:cs="Nirmala UI"/>
                <w:b/>
                <w:color w:val="000000" w:themeColor="text1"/>
              </w:rPr>
            </w:pPr>
          </w:p>
          <w:p w14:paraId="1FA27AA4" w14:textId="4081ADCC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ফল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কাঁঠাল</w:t>
            </w:r>
            <w:proofErr w:type="spellEnd"/>
          </w:p>
          <w:p w14:paraId="2AE411D2" w14:textId="3747A9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Fruit – Jackfruit</w:t>
            </w:r>
          </w:p>
        </w:tc>
        <w:tc>
          <w:tcPr>
            <w:tcW w:w="3870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533D036F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পাখি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দোয়েল</w:t>
            </w:r>
            <w:proofErr w:type="spellEnd"/>
          </w:p>
          <w:p w14:paraId="48F63DAE" w14:textId="66B9A4EB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Bird – Magpie Robin</w:t>
            </w:r>
          </w:p>
        </w:tc>
      </w:tr>
      <w:tr w:rsidR="00733682" w14:paraId="516B096F" w14:textId="77777777" w:rsidTr="00E01D98">
        <w:tc>
          <w:tcPr>
            <w:tcW w:w="3438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7AF8C547" w14:textId="77777777" w:rsidR="00733682" w:rsidRDefault="00733682" w:rsidP="00733682">
            <w:pPr>
              <w:jc w:val="center"/>
            </w:pPr>
          </w:p>
          <w:p w14:paraId="0F5BB524" w14:textId="34B522F0" w:rsidR="00733682" w:rsidRDefault="00733682" w:rsidP="007336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0A2BA1" wp14:editId="35387C2E">
                  <wp:extent cx="2094865" cy="2094865"/>
                  <wp:effectExtent l="0" t="0" r="635" b="635"/>
                  <wp:docPr id="101" name="Picture 101" descr="ইলিশ মাছ || মৎস্য বাংলাদে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ইলিশ মাছ || মৎস্য বাংলাদে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65" cy="209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2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5300CF7F" w14:textId="77777777" w:rsidR="00733682" w:rsidRDefault="00733682" w:rsidP="00733682">
            <w:pPr>
              <w:jc w:val="center"/>
            </w:pPr>
          </w:p>
          <w:p w14:paraId="4C40E5D7" w14:textId="61250C5B" w:rsidR="00733682" w:rsidRDefault="00733682" w:rsidP="007336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57FB5D" wp14:editId="7B5305BC">
                  <wp:extent cx="2094865" cy="1176655"/>
                  <wp:effectExtent l="0" t="0" r="635" b="4445"/>
                  <wp:docPr id="102" name="Picture 102" descr="শিক্ষক বাতায়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শিক্ষক বাতায়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65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8" w:type="dxa"/>
            <w:gridSpan w:val="2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3B0FED2A" w14:textId="77777777" w:rsidR="00733682" w:rsidRDefault="00733682" w:rsidP="00733682">
            <w:pPr>
              <w:jc w:val="center"/>
            </w:pPr>
          </w:p>
          <w:p w14:paraId="70BE590C" w14:textId="6D0A4570" w:rsidR="00733682" w:rsidRDefault="00733682" w:rsidP="0073368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16CA15" wp14:editId="0B534CCB">
                  <wp:extent cx="1475740" cy="1781175"/>
                  <wp:effectExtent l="0" t="0" r="0" b="9525"/>
                  <wp:docPr id="103" name="Picture 103" descr="জাতীয় কবি কাজী নজরুল ইসলামের ১২৫তম জন্মবার্ষিকী আগামীকাল | শিরোনাম |  বাংলাদেশ সংবাদ সংস্থা (বাসস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জাতীয় কবি কাজী নজরুল ইসলামের ১২৫তম জন্মবার্ষিকী আগামীকাল | শিরোনাম |  বাংলাদেশ সংবাদ সংস্থা (বাসস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682" w14:paraId="0A783AE1" w14:textId="77777777" w:rsidTr="00E01D98">
        <w:tc>
          <w:tcPr>
            <w:tcW w:w="3438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15B5ADF6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মাছ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ইলিশ</w:t>
            </w:r>
            <w:proofErr w:type="spellEnd"/>
          </w:p>
          <w:p w14:paraId="20936AB6" w14:textId="75DF8244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Fish – Hilsa</w:t>
            </w:r>
          </w:p>
        </w:tc>
        <w:tc>
          <w:tcPr>
            <w:tcW w:w="3592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1A956AFC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পশু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রয়েল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বেঙ্গল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টাইগার</w:t>
            </w:r>
            <w:proofErr w:type="spellEnd"/>
          </w:p>
          <w:p w14:paraId="6B5F312F" w14:textId="7135F7D2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Animal – Royal Bengal Tiger</w:t>
            </w:r>
          </w:p>
        </w:tc>
        <w:tc>
          <w:tcPr>
            <w:tcW w:w="3878" w:type="dxa"/>
            <w:gridSpan w:val="2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3E712EEC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কবি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কাজী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নজরুল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ইসলাম</w:t>
            </w:r>
            <w:proofErr w:type="spellEnd"/>
          </w:p>
          <w:p w14:paraId="0C53EB58" w14:textId="1721E27D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National Poet – Kazi Nazrul Islam</w:t>
            </w:r>
          </w:p>
        </w:tc>
      </w:tr>
      <w:tr w:rsidR="00E01D98" w:rsidRPr="00E01D98" w14:paraId="2C9DC8A7" w14:textId="77777777" w:rsidTr="00E01D98">
        <w:trPr>
          <w:gridAfter w:val="3"/>
          <w:wAfter w:w="7470" w:type="dxa"/>
        </w:trPr>
        <w:tc>
          <w:tcPr>
            <w:tcW w:w="3438" w:type="dxa"/>
            <w:tcBorders>
              <w:top w:val="single" w:sz="8" w:space="0" w:color="827717"/>
              <w:left w:val="single" w:sz="8" w:space="0" w:color="827717"/>
              <w:bottom w:val="single" w:sz="8" w:space="0" w:color="827717"/>
              <w:right w:val="single" w:sz="8" w:space="0" w:color="827717"/>
            </w:tcBorders>
            <w:shd w:val="clear" w:color="auto" w:fill="FFFDE7"/>
            <w:vAlign w:val="center"/>
          </w:tcPr>
          <w:p w14:paraId="5242D6C5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</w:p>
          <w:p w14:paraId="69361469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</w:p>
          <w:p w14:paraId="5AB9FFF9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noProof/>
                <w:color w:val="000000" w:themeColor="text1"/>
              </w:rPr>
              <w:drawing>
                <wp:inline distT="0" distB="0" distL="0" distR="0" wp14:anchorId="5F4E54DE" wp14:editId="5B1AA03D">
                  <wp:extent cx="1951355" cy="955040"/>
                  <wp:effectExtent l="0" t="0" r="0" b="0"/>
                  <wp:docPr id="106" name="Picture 106" descr="বায়তুল মোকাররম জাতীয় মসজিদ | পাতা | বাংলাদেশ পর্যটন করপোরেশ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বায়তুল মোকাররম জাতীয় মসজিদ | পাতা | বাংলাদেশ পর্যটন করপোরেশ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1D98" w:rsidRPr="00E01D98" w14:paraId="76CE3183" w14:textId="77777777" w:rsidTr="00E01D98">
        <w:trPr>
          <w:gridAfter w:val="3"/>
          <w:wAfter w:w="7470" w:type="dxa"/>
        </w:trPr>
        <w:tc>
          <w:tcPr>
            <w:tcW w:w="3438" w:type="dxa"/>
            <w:tcBorders>
              <w:top w:val="single" w:sz="8" w:space="0" w:color="558B2F"/>
              <w:left w:val="single" w:sz="8" w:space="0" w:color="558B2F"/>
              <w:bottom w:val="single" w:sz="8" w:space="0" w:color="558B2F"/>
              <w:right w:val="single" w:sz="8" w:space="0" w:color="558B2F"/>
            </w:tcBorders>
            <w:shd w:val="clear" w:color="auto" w:fill="9CCC65"/>
            <w:vAlign w:val="center"/>
          </w:tcPr>
          <w:p w14:paraId="3C27764D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জাতীয়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মসজিদ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—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বাইতুল</w:t>
            </w:r>
            <w:proofErr w:type="spellEnd"/>
            <w:r w:rsidRPr="00E01D98">
              <w:rPr>
                <w:rFonts w:eastAsia="Nirmala UI" w:cs="Nirmala UI"/>
                <w:b/>
                <w:color w:val="000000" w:themeColor="text1"/>
              </w:rPr>
              <w:t xml:space="preserve"> </w:t>
            </w:r>
            <w:proofErr w:type="spellStart"/>
            <w:r w:rsidRPr="00E01D98">
              <w:rPr>
                <w:rFonts w:eastAsia="Nirmala UI" w:cs="Nirmala UI"/>
                <w:b/>
                <w:color w:val="000000" w:themeColor="text1"/>
              </w:rPr>
              <w:t>মোকাররম</w:t>
            </w:r>
            <w:proofErr w:type="spellEnd"/>
          </w:p>
          <w:p w14:paraId="50F23453" w14:textId="77777777" w:rsidR="00733682" w:rsidRPr="00E01D98" w:rsidRDefault="00733682" w:rsidP="00733682">
            <w:pPr>
              <w:jc w:val="center"/>
              <w:rPr>
                <w:color w:val="000000" w:themeColor="text1"/>
              </w:rPr>
            </w:pPr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 xml:space="preserve">National Mosque – Baitul </w:t>
            </w:r>
            <w:proofErr w:type="spellStart"/>
            <w:r w:rsidRPr="00E01D98">
              <w:rPr>
                <w:rFonts w:eastAsia="Nirmala UI" w:cs="Nirmala UI"/>
                <w:i/>
                <w:color w:val="000000" w:themeColor="text1"/>
                <w:sz w:val="16"/>
                <w:szCs w:val="16"/>
              </w:rPr>
              <w:t>Mukarram</w:t>
            </w:r>
            <w:proofErr w:type="spellEnd"/>
          </w:p>
        </w:tc>
      </w:tr>
    </w:tbl>
    <w:p w14:paraId="1649E187" w14:textId="77777777" w:rsidR="00BC61C4" w:rsidRDefault="00BC61C4" w:rsidP="00BC61C4">
      <w:pPr>
        <w:ind w:left="3600" w:firstLine="720"/>
      </w:pPr>
    </w:p>
    <w:p w14:paraId="4330C2FF" w14:textId="77777777" w:rsidR="00BC61C4" w:rsidRDefault="00BC61C4" w:rsidP="00BC61C4">
      <w:pPr>
        <w:ind w:left="3600" w:firstLine="720"/>
      </w:pPr>
    </w:p>
    <w:p w14:paraId="620D5108" w14:textId="77777777" w:rsidR="00BC61C4" w:rsidRDefault="00BC61C4" w:rsidP="00BC61C4">
      <w:pPr>
        <w:ind w:left="3600" w:firstLine="720"/>
      </w:pPr>
    </w:p>
    <w:p w14:paraId="492759B3" w14:textId="77777777" w:rsidR="00BC61C4" w:rsidRDefault="00BC61C4" w:rsidP="00BC61C4">
      <w:pPr>
        <w:ind w:left="3600" w:firstLine="720"/>
      </w:pPr>
    </w:p>
    <w:p w14:paraId="408B49E1" w14:textId="77777777" w:rsidR="00BC61C4" w:rsidRDefault="00BC61C4" w:rsidP="00BC61C4">
      <w:pPr>
        <w:ind w:left="3600" w:firstLine="720"/>
      </w:pPr>
    </w:p>
    <w:p w14:paraId="5EAC93BD" w14:textId="77777777" w:rsidR="00BC61C4" w:rsidRDefault="00BC61C4" w:rsidP="00BC61C4">
      <w:pPr>
        <w:ind w:left="3600" w:firstLine="720"/>
      </w:pPr>
    </w:p>
    <w:p w14:paraId="003ECBB4" w14:textId="77777777" w:rsidR="00BC61C4" w:rsidRDefault="00BC61C4" w:rsidP="00BC61C4">
      <w:pPr>
        <w:ind w:left="3600" w:firstLine="720"/>
      </w:pPr>
    </w:p>
    <w:p w14:paraId="22951B6D" w14:textId="3F760978" w:rsidR="0086295E" w:rsidRDefault="00BC61C4" w:rsidP="00BC61C4">
      <w:r>
        <w:rPr>
          <w:rFonts w:eastAsia="Nirmala UI" w:cs="Nirmala UI"/>
          <w:b/>
          <w:color w:val="D65000"/>
          <w:sz w:val="40"/>
          <w:szCs w:val="40"/>
        </w:rPr>
        <w:t xml:space="preserve">                                  </w:t>
      </w:r>
      <w:proofErr w:type="spellStart"/>
      <w:r w:rsidR="00000000">
        <w:rPr>
          <w:rFonts w:eastAsia="Nirmala UI" w:cs="Nirmala UI"/>
          <w:b/>
          <w:color w:val="D65000"/>
          <w:sz w:val="40"/>
          <w:szCs w:val="40"/>
        </w:rPr>
        <w:t>সমাপ্ত</w:t>
      </w:r>
      <w:proofErr w:type="spellEnd"/>
      <w:r w:rsidR="00000000">
        <w:rPr>
          <w:rFonts w:eastAsia="Nirmala UI" w:cs="Nirmala UI"/>
          <w:b/>
          <w:color w:val="D65000"/>
          <w:sz w:val="40"/>
          <w:szCs w:val="40"/>
        </w:rPr>
        <w:t xml:space="preserve"> / The End</w:t>
      </w:r>
    </w:p>
    <w:p w14:paraId="4D49F359" w14:textId="5CD92601" w:rsidR="0086295E" w:rsidRDefault="00BC61C4">
      <w:pPr>
        <w:jc w:val="center"/>
      </w:pPr>
      <w:r>
        <w:rPr>
          <w:rFonts w:eastAsia="Nirmala UI" w:cs="Nirmala UI"/>
          <w:b/>
          <w:color w:val="3E2723"/>
          <w:sz w:val="24"/>
          <w:szCs w:val="24"/>
        </w:rPr>
        <w:t xml:space="preserve">  </w:t>
      </w:r>
      <w:proofErr w:type="spellStart"/>
      <w:r w:rsidR="00000000">
        <w:rPr>
          <w:rFonts w:eastAsia="Nirmala UI" w:cs="Nirmala UI"/>
          <w:b/>
          <w:color w:val="3E2723"/>
          <w:sz w:val="24"/>
          <w:szCs w:val="24"/>
        </w:rPr>
        <w:t>শিখো</w:t>
      </w:r>
      <w:proofErr w:type="spellEnd"/>
      <w:r w:rsidR="00000000">
        <w:rPr>
          <w:rFonts w:eastAsia="Nirmala UI" w:cs="Nirmala UI"/>
          <w:b/>
          <w:color w:val="3E2723"/>
          <w:sz w:val="24"/>
          <w:szCs w:val="24"/>
        </w:rPr>
        <w:t xml:space="preserve"> • </w:t>
      </w:r>
      <w:proofErr w:type="spellStart"/>
      <w:r w:rsidR="00000000">
        <w:rPr>
          <w:rFonts w:eastAsia="Nirmala UI" w:cs="Nirmala UI"/>
          <w:b/>
          <w:color w:val="3E2723"/>
          <w:sz w:val="24"/>
          <w:szCs w:val="24"/>
        </w:rPr>
        <w:t>পড়ো</w:t>
      </w:r>
      <w:proofErr w:type="spellEnd"/>
      <w:r w:rsidR="00000000">
        <w:rPr>
          <w:rFonts w:eastAsia="Nirmala UI" w:cs="Nirmala UI"/>
          <w:b/>
          <w:color w:val="3E2723"/>
          <w:sz w:val="24"/>
          <w:szCs w:val="24"/>
        </w:rPr>
        <w:t xml:space="preserve"> • আনন্দ করো</w:t>
      </w:r>
    </w:p>
    <w:sectPr w:rsidR="0086295E" w:rsidSect="00034616">
      <w:pgSz w:w="11906" w:h="16838"/>
      <w:pgMar w:top="680" w:right="680" w:bottom="680" w:left="6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036125898">
    <w:abstractNumId w:val="8"/>
  </w:num>
  <w:num w:numId="2" w16cid:durableId="25452653">
    <w:abstractNumId w:val="6"/>
  </w:num>
  <w:num w:numId="3" w16cid:durableId="1471241207">
    <w:abstractNumId w:val="5"/>
  </w:num>
  <w:num w:numId="4" w16cid:durableId="2011788867">
    <w:abstractNumId w:val="4"/>
  </w:num>
  <w:num w:numId="5" w16cid:durableId="205873006">
    <w:abstractNumId w:val="7"/>
  </w:num>
  <w:num w:numId="6" w16cid:durableId="1692291698">
    <w:abstractNumId w:val="3"/>
  </w:num>
  <w:num w:numId="7" w16cid:durableId="35470096">
    <w:abstractNumId w:val="2"/>
  </w:num>
  <w:num w:numId="8" w16cid:durableId="2021462920">
    <w:abstractNumId w:val="1"/>
  </w:num>
  <w:num w:numId="9" w16cid:durableId="1400078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00348"/>
    <w:rsid w:val="0015074B"/>
    <w:rsid w:val="0029639D"/>
    <w:rsid w:val="00326F90"/>
    <w:rsid w:val="00406E64"/>
    <w:rsid w:val="00733682"/>
    <w:rsid w:val="0086295E"/>
    <w:rsid w:val="00AA1D8D"/>
    <w:rsid w:val="00B47730"/>
    <w:rsid w:val="00BC61C4"/>
    <w:rsid w:val="00CB0664"/>
    <w:rsid w:val="00E01D98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A2E8437"/>
  <w14:defaultImageDpi w14:val="300"/>
  <w15:docId w15:val="{AF50BEC1-1D2B-4F7D-9271-D36DCDC86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3682"/>
    <w:rPr>
      <w:rFonts w:ascii="Nirmala UI" w:hAnsi="Nirmala UI"/>
    </w:rPr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link">
    <w:name w:val="Hyperlink"/>
    <w:basedOn w:val="DefaultParagraphFont"/>
    <w:uiPriority w:val="99"/>
    <w:unhideWhenUsed/>
    <w:rsid w:val="0073368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3368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185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jpe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22</Pages>
  <Words>1480</Words>
  <Characters>8442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9903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Debwashis Borman</cp:lastModifiedBy>
  <cp:revision>4</cp:revision>
  <dcterms:created xsi:type="dcterms:W3CDTF">2013-12-23T23:15:00Z</dcterms:created>
  <dcterms:modified xsi:type="dcterms:W3CDTF">2026-05-31T00:35:00Z</dcterms:modified>
  <cp:category/>
</cp:coreProperties>
</file>